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40"/>
        <w:gridCol w:w="7128"/>
      </w:tblGrid>
      <w:tr>
        <w:trPr>
          <w:cantSplit/>
        </w:trPr>
        <w:tc>
          <w:tcPr>
            <w:tcW w:type="dxa" w:w="3240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F1EDF7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pStyle w:val="Title"/>
              <w:widowControl/>
              <w:spacing w:after="360"/>
            </w:pPr>
            <w:r>
              <w:rPr>
                <w:b/>
                <w:color w:val="563483"/>
                <w:sz w:val="64"/>
              </w:rPr>
              <w:t>[PN]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CONTACT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[Ville, pays]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[Téléphone]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[Adresse e-mail]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[Lien LinkedIn]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COMPÉTENCES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[Compétence métier]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[Méthode ou processus]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[Logiciel et niveau]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LANGUES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[Langue] · [Niveau]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[Langue] · [Niveau]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FORMATION</w:t>
            </w:r>
          </w:p>
          <w:p>
            <w:pPr>
              <w:widowControl/>
              <w:spacing w:after="80"/>
            </w:pPr>
            <w:r>
              <w:rPr>
                <w:b/>
                <w:color w:val="563483"/>
              </w:rPr>
              <w:t>[Diplôme ou certification]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[Établissement] · [Année]</w:t>
            </w:r>
          </w:p>
        </w:tc>
        <w:tc>
          <w:tcPr>
            <w:tcW w:type="dxa" w:w="712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pStyle w:val="Title"/>
              <w:widowControl/>
              <w:spacing w:after="160"/>
            </w:pPr>
            <w:r>
              <w:rPr>
                <w:b/>
                <w:color w:val="563483"/>
                <w:sz w:val="46"/>
              </w:rPr>
              <w:t>[PRÉNOM NOM]</w:t>
            </w:r>
          </w:p>
          <w:p>
            <w:pPr>
              <w:widowControl/>
              <w:spacing w:after="240"/>
            </w:pPr>
            <w:r>
              <w:rPr>
                <w:b/>
                <w:color w:val="563483"/>
                <w:sz w:val="21"/>
              </w:rPr>
              <w:t>[INTITULÉ DU POSTE CIBLÉ]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PROFIL PROFESSIONNEL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[Votre métier et votre spécialité. Présentez votre expérience et la valeur apportée au poste ciblé en deux phrases précises.]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EXPÉRIENCE PROFESSIONNELLE</w:t>
            </w:r>
          </w:p>
          <w:p>
            <w:pPr>
              <w:widowControl/>
              <w:spacing w:after="60"/>
            </w:pPr>
            <w:r>
              <w:rPr>
                <w:b/>
                <w:color w:val="563483"/>
                <w:sz w:val="22"/>
              </w:rPr>
              <w:t>[Intitulé du poste]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[Entreprise] · [Ville]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menée, périmètre et résultat mesurable vérifiable.]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[Responsabilité pertinente et méthode ou outil utilisé.]</w:t>
            </w:r>
          </w:p>
          <w:p>
            <w:pPr>
              <w:widowControl/>
              <w:spacing w:after="60"/>
            </w:pPr>
            <w:r>
              <w:rPr>
                <w:b/>
                <w:color w:val="563483"/>
                <w:sz w:val="22"/>
              </w:rPr>
              <w:t>[Intitulé du poste]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[Entreprise] · [Ville]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menée, périmètre et résultat mesurable vérifiable.]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[Responsabilité pertinente et méthode ou outil utilisé.]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PROJET MARQUANT</w:t>
            </w:r>
          </w:p>
          <w:p>
            <w:pPr>
              <w:widowControl/>
              <w:spacing w:after="80"/>
            </w:pPr>
            <w:r>
              <w:rPr>
                <w:b/>
                <w:color w:val="563483"/>
              </w:rPr>
              <w:t>[Nom du projet] · [Année]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[Décrivez le besoin, votre contribution personnelle et un résultat réel.]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56348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studio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