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40"/>
        <w:gridCol w:w="7128"/>
      </w:tblGrid>
      <w:tr>
        <w:trPr>
          <w:cantSplit/>
        </w:trPr>
        <w:tc>
          <w:tcPr>
            <w:tcW w:type="dxa" w:w="324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1EDF7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360"/>
            </w:pPr>
            <w:r>
              <w:rPr>
                <w:b/>
                <w:color w:val="563483"/>
                <w:sz w:val="64"/>
              </w:rPr>
              <w:t>[FL]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[City, country]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[Phone]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[Email address]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[LinkedIn URL]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SKILLS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[Professional skill]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 or process]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and level]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LANGUAGES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[Language] · [Level]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EDUCATION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[Degree or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[Institution] · [Year]</w:t>
            </w:r>
          </w:p>
        </w:tc>
        <w:tc>
          <w:tcPr>
            <w:tcW w:type="dxa" w:w="712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563483"/>
                <w:sz w:val="46"/>
              </w:rPr>
              <w:t>[FIRST LAST NAME]</w:t>
            </w:r>
          </w:p>
          <w:p>
            <w:pPr>
              <w:widowControl/>
              <w:spacing w:after="240"/>
            </w:pPr>
            <w:r>
              <w:rPr>
                <w:b/>
                <w:color w:val="563483"/>
                <w:sz w:val="21"/>
              </w:rPr>
              <w:t>[TARGET JOB TITLE]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PROFESSIONAL PROFILE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[Your profession and specialty. Describe your experience and value for the target role in two precise sentences.]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PROFESSIONAL EXPERIENCE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SELECTED PROJECT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[Project name] · [Year]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[Describe the need, your personal contribution and a real outcome.]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56348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 studio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