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[PRÉNOM NOM]</w:t>
      </w:r>
    </w:p>
    <w:p>
      <w:r>
        <w:rPr>
          <w:b/>
        </w:rPr>
        <w:t>[Intitulé du poste ciblé]</w:t>
      </w:r>
    </w:p>
    <w:p>
      <w:r>
        <w:rPr>
          <w:b w:val="0"/>
        </w:rPr>
        <w:t>[Ville, pays]   [Téléphone]   [Adresse e-mail]</w:t>
      </w:r>
    </w:p>
    <w:p>
      <w:r>
        <w:rPr>
          <w:b w:val="0"/>
        </w:rPr>
        <w:t>[Lien LinkedIn ou portfolio]</w:t>
      </w:r>
    </w:p>
    <w:p>
      <w:pPr>
        <w:pStyle w:val="Heading1"/>
      </w:pPr>
      <w:r>
        <w:t>Profil</w:t>
      </w:r>
    </w:p>
    <w:p>
      <w:r>
        <w:rPr>
          <w:b w:val="0"/>
        </w:rPr>
        <w:t>[Étudiant ou jeune diplômé en domaine. Présentez votre projet professionnel et une compétence liée au stage ou au poste recherché.]</w:t>
      </w:r>
    </w:p>
    <w:p>
      <w:pPr>
        <w:pStyle w:val="Heading1"/>
      </w:pPr>
      <w:r>
        <w:t>Formation</w:t>
      </w:r>
    </w:p>
    <w:p>
      <w:r>
        <w:rPr>
          <w:b/>
        </w:rPr>
        <w:t>[Diplôme]   [Établissement]   [Année]</w:t>
      </w:r>
    </w:p>
    <w:p>
      <w:r>
        <w:rPr>
          <w:b w:val="0"/>
        </w:rPr>
        <w:t>[Spécialité, projet de fin d’études ou certification pertinente]</w:t>
      </w:r>
    </w:p>
    <w:p>
      <w:pPr>
        <w:pStyle w:val="Heading1"/>
      </w:pPr>
      <w:r>
        <w:t>Projets</w:t>
      </w:r>
    </w:p>
    <w:p>
      <w:r>
        <w:rPr>
          <w:b/>
        </w:rPr>
        <w:t>[Projet académique ou personnel]   [Année]</w:t>
      </w:r>
    </w:p>
    <w:p>
      <w:pPr>
        <w:pStyle w:val="ListBullet"/>
      </w:pPr>
      <w:r>
        <w:t>[Objectif, contribution personnelle, outils utilisés et résultat.]</w:t>
      </w:r>
    </w:p>
    <w:p>
      <w:pPr>
        <w:pStyle w:val="Heading1"/>
      </w:pPr>
      <w:r>
        <w:t>Stages et activités</w:t>
      </w:r>
    </w:p>
    <w:p>
      <w:r>
        <w:rPr>
          <w:b/>
        </w:rPr>
        <w:t>[Stage, emploi étudiant ou activité associative]   [Dates]</w:t>
      </w:r>
    </w:p>
    <w:p>
      <w:pPr>
        <w:pStyle w:val="ListBullet"/>
      </w:pPr>
      <w:r>
        <w:t>[Mission, contribution et compétence développée.]</w:t>
      </w:r>
    </w:p>
    <w:p>
      <w:pPr>
        <w:pStyle w:val="Heading1"/>
      </w:pPr>
      <w:r>
        <w:t>Compétences</w:t>
      </w:r>
    </w:p>
    <w:p>
      <w:r>
        <w:rPr>
          <w:b w:val="0"/>
        </w:rPr>
        <w:t>[Compétence liée au poste]   [Outil maîtrisé]   [Méthode de travail]</w:t>
      </w:r>
    </w:p>
    <w:p>
      <w:pPr>
        <w:pStyle w:val="Heading1"/>
      </w:pPr>
      <w:r>
        <w:t>Langues</w:t>
      </w:r>
    </w:p>
    <w:p>
      <w:r>
        <w:rPr>
          <w:b w:val="0"/>
        </w:rPr>
        <w:t>[Langue et niveau]   [Langue et niveau]</w:t>
      </w:r>
    </w:p>
    <w:sectPr w:rsidR="00FC693F" w:rsidRPr="0006063C" w:rsidSect="00034616"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CV student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