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/>
        </w:rPr>
        <w:t>[Puesto deseado]</w:t>
      </w:r>
    </w:p>
    <w:p>
      <w:r>
        <w:rPr>
          <w:b w:val="0"/>
        </w:rPr>
        <w:t>[Ciudad, país]   [Teléfono]   [Correo electrónico]</w:t>
      </w:r>
    </w:p>
    <w:p>
      <w:r>
        <w:rPr>
          <w:b w:val="0"/>
        </w:rPr>
        <w:t>[Enlace de LinkedIn o portafolio]</w:t>
      </w:r>
    </w:p>
    <w:p>
      <w:pPr>
        <w:pStyle w:val="Heading1"/>
      </w:pPr>
      <w:r>
        <w:t>Perfil</w:t>
      </w:r>
    </w:p>
    <w:p>
      <w:r>
        <w:rPr>
          <w:b w:val="0"/>
        </w:rPr>
        <w:t>[Estudiante o recién titulado en su especialidad. Indique su objetivo profesional y una competencia pertinente para las prácticas o el puesto.]</w:t>
      </w:r>
    </w:p>
    <w:p>
      <w:pPr>
        <w:pStyle w:val="Heading1"/>
      </w:pPr>
      <w:r>
        <w:t>Formación</w:t>
      </w:r>
    </w:p>
    <w:p>
      <w:r>
        <w:rPr>
          <w:b/>
        </w:rPr>
        <w:t>[Título]   [Centro educativo]   [Año]</w:t>
      </w:r>
    </w:p>
    <w:p>
      <w:r>
        <w:rPr>
          <w:b w:val="0"/>
        </w:rPr>
        <w:t>[Especialidad, proyecto final o certificación pertinente]</w:t>
      </w:r>
    </w:p>
    <w:p>
      <w:pPr>
        <w:pStyle w:val="Heading1"/>
      </w:pPr>
      <w:r>
        <w:t>Proyectos</w:t>
      </w:r>
    </w:p>
    <w:p>
      <w:r>
        <w:rPr>
          <w:b/>
        </w:rPr>
        <w:t>[Proyecto académico o personal]   [Año]</w:t>
      </w:r>
    </w:p>
    <w:p>
      <w:pPr>
        <w:pStyle w:val="ListBullet"/>
      </w:pPr>
      <w:r>
        <w:t>[Objetivo, aportación personal, herramientas utilizadas y resultado.]</w:t>
      </w:r>
    </w:p>
    <w:p>
      <w:pPr>
        <w:pStyle w:val="Heading1"/>
      </w:pPr>
      <w:r>
        <w:t>Prácticas y actividades</w:t>
      </w:r>
    </w:p>
    <w:p>
      <w:r>
        <w:rPr>
          <w:b/>
        </w:rPr>
        <w:t>[Prácticas, empleo parcial o voluntariado]   [Fechas]</w:t>
      </w:r>
    </w:p>
    <w:p>
      <w:pPr>
        <w:pStyle w:val="ListBullet"/>
      </w:pPr>
      <w:r>
        <w:t>[Tarea, aportación y competencia desarrollada.]</w:t>
      </w:r>
    </w:p>
    <w:p>
      <w:pPr>
        <w:pStyle w:val="Heading1"/>
      </w:pPr>
      <w:r>
        <w:t>Competencias</w:t>
      </w:r>
    </w:p>
    <w:p>
      <w:r>
        <w:rPr>
          <w:b w:val="0"/>
        </w:rPr>
        <w:t>[Competencia pertinente]   [Herramienta utilizada]   [Método de trabajo]</w:t>
      </w:r>
    </w:p>
    <w:p>
      <w:pPr>
        <w:pStyle w:val="Heading1"/>
      </w:pPr>
      <w:r>
        <w:t>Idiomas</w:t>
      </w:r>
    </w:p>
    <w:p>
      <w:r>
        <w:rPr>
          <w:b w:val="0"/>
        </w:rPr>
        <w:t>[Idioma y nivel]   [Idioma y nivel]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