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/>
        </w:rPr>
        <w:t>[Target job title]</w:t>
      </w:r>
    </w:p>
    <w:p>
      <w:r>
        <w:rPr>
          <w:b w:val="0"/>
        </w:rPr>
        <w:t>[City, country]   [Phone]   [Email]</w:t>
      </w:r>
    </w:p>
    <w:p>
      <w:r>
        <w:rPr>
          <w:b w:val="0"/>
        </w:rPr>
        <w:t>[LinkedIn or portfolio URL]</w:t>
      </w:r>
    </w:p>
    <w:p>
      <w:pPr>
        <w:pStyle w:val="Heading1"/>
      </w:pPr>
      <w:r>
        <w:t>Profile</w:t>
      </w:r>
    </w:p>
    <w:p>
      <w:r>
        <w:rPr>
          <w:b w:val="0"/>
        </w:rPr>
        <w:t>[Student or recent graduate in your field. State your career goal and one relevant skill for the internship or role.]</w:t>
      </w:r>
    </w:p>
    <w:p>
      <w:pPr>
        <w:pStyle w:val="Heading1"/>
      </w:pPr>
      <w:r>
        <w:t>Education</w:t>
      </w:r>
    </w:p>
    <w:p>
      <w:r>
        <w:rPr>
          <w:b/>
        </w:rPr>
        <w:t>[Degree]   [Institution]   [Year]</w:t>
      </w:r>
    </w:p>
    <w:p>
      <w:r>
        <w:rPr>
          <w:b w:val="0"/>
        </w:rPr>
        <w:t>[Specialization, final project or relevant certification]</w:t>
      </w:r>
    </w:p>
    <w:p>
      <w:pPr>
        <w:pStyle w:val="Heading1"/>
      </w:pPr>
      <w:r>
        <w:t>Projects</w:t>
      </w:r>
    </w:p>
    <w:p>
      <w:r>
        <w:rPr>
          <w:b/>
        </w:rPr>
        <w:t>[Academic or personal project]   [Year]</w:t>
      </w:r>
    </w:p>
    <w:p>
      <w:pPr>
        <w:pStyle w:val="ListBullet"/>
      </w:pPr>
      <w:r>
        <w:t>[Goal, your contribution, tools used and outcome.]</w:t>
      </w:r>
    </w:p>
    <w:p>
      <w:pPr>
        <w:pStyle w:val="Heading1"/>
      </w:pPr>
      <w:r>
        <w:t>Internships and activities</w:t>
      </w:r>
    </w:p>
    <w:p>
      <w:r>
        <w:rPr>
          <w:b/>
        </w:rPr>
        <w:t>[Internship, part-time work or volunteering]   [Dates]</w:t>
      </w:r>
    </w:p>
    <w:p>
      <w:pPr>
        <w:pStyle w:val="ListBullet"/>
      </w:pPr>
      <w:r>
        <w:t>[Task, contribution and skill developed.]</w:t>
      </w:r>
    </w:p>
    <w:p>
      <w:pPr>
        <w:pStyle w:val="Heading1"/>
      </w:pPr>
      <w:r>
        <w:t>Skills</w:t>
      </w:r>
    </w:p>
    <w:p>
      <w:r>
        <w:rPr>
          <w:b w:val="0"/>
        </w:rPr>
        <w:t>[Relevant skill]   [Tool you use]   [Working method]</w:t>
      </w:r>
    </w:p>
    <w:p>
      <w:pPr>
        <w:pStyle w:val="Heading1"/>
      </w:pPr>
      <w:r>
        <w:t>Languages</w:t>
      </w:r>
    </w:p>
    <w:p>
      <w:r>
        <w:rPr>
          <w:b w:val="0"/>
        </w:rPr>
        <w:t>[Language and level]   [Language and level]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student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