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/>
        </w:rPr>
        <w:t>[Angestrebte Position]</w:t>
      </w:r>
    </w:p>
    <w:p>
      <w:r>
        <w:rPr>
          <w:b w:val="0"/>
        </w:rPr>
        <w:t>[Ort, Land]   [Telefon]   [E-Mail-Adresse]</w:t>
      </w:r>
    </w:p>
    <w:p>
      <w:r>
        <w:rPr>
          <w:b w:val="0"/>
        </w:rPr>
        <w:t>[Link zu LinkedIn oder Portfolio]</w:t>
      </w:r>
    </w:p>
    <w:p>
      <w:pPr>
        <w:pStyle w:val="Heading1"/>
      </w:pPr>
      <w:r>
        <w:t>Profil</w:t>
      </w:r>
    </w:p>
    <w:p>
      <w:r>
        <w:rPr>
          <w:b w:val="0"/>
        </w:rPr>
        <w:t>[Studierende oder Berufseinsteiger Ihrer Fachrichtung. Nennen Sie Ihr Berufsziel und eine relevante Kompetenz für das Praktikum oder die Position.]</w:t>
      </w:r>
    </w:p>
    <w:p>
      <w:pPr>
        <w:pStyle w:val="Heading1"/>
      </w:pPr>
      <w:r>
        <w:t>Ausbildung</w:t>
      </w:r>
    </w:p>
    <w:p>
      <w:r>
        <w:rPr>
          <w:b/>
        </w:rPr>
        <w:t>[Abschluss]   [Bildungseinrichtung]   [Jahr]</w:t>
      </w:r>
    </w:p>
    <w:p>
      <w:r>
        <w:rPr>
          <w:b w:val="0"/>
        </w:rPr>
        <w:t>[Spezialisierung, Abschlussprojekt oder relevante Zertifizierung]</w:t>
      </w:r>
    </w:p>
    <w:p>
      <w:pPr>
        <w:pStyle w:val="Heading1"/>
      </w:pPr>
      <w:r>
        <w:t>Projekte</w:t>
      </w:r>
    </w:p>
    <w:p>
      <w:r>
        <w:rPr>
          <w:b/>
        </w:rPr>
        <w:t>[Studienprojekt oder persönliches Projekt]   [Jahr]</w:t>
      </w:r>
    </w:p>
    <w:p>
      <w:pPr>
        <w:pStyle w:val="ListBullet"/>
      </w:pPr>
      <w:r>
        <w:t>[Ziel, persönlicher Beitrag, verwendete Tools und Ergebnis.]</w:t>
      </w:r>
    </w:p>
    <w:p>
      <w:pPr>
        <w:pStyle w:val="Heading1"/>
      </w:pPr>
      <w:r>
        <w:t>Praktika und Aktivitäten</w:t>
      </w:r>
    </w:p>
    <w:p>
      <w:r>
        <w:rPr>
          <w:b/>
        </w:rPr>
        <w:t>[Praktikum, Nebenjob oder Ehrenamt]   [Zeitraum]</w:t>
      </w:r>
    </w:p>
    <w:p>
      <w:pPr>
        <w:pStyle w:val="ListBullet"/>
      </w:pPr>
      <w:r>
        <w:t>[Aufgabe, Beitrag und entwickelte Kompetenz.]</w:t>
      </w:r>
    </w:p>
    <w:p>
      <w:pPr>
        <w:pStyle w:val="Heading1"/>
      </w:pPr>
      <w:r>
        <w:t>Kompetenzen</w:t>
      </w:r>
    </w:p>
    <w:p>
      <w:r>
        <w:rPr>
          <w:b w:val="0"/>
        </w:rPr>
        <w:t>[Relevante Kompetenz]   [Verwendetes Tool]   [Arbeitsmethode]</w:t>
      </w:r>
    </w:p>
    <w:p>
      <w:pPr>
        <w:pStyle w:val="Heading1"/>
      </w:pPr>
      <w:r>
        <w:t>Sprachen</w:t>
      </w:r>
    </w:p>
    <w:p>
      <w:r>
        <w:rPr>
          <w:b w:val="0"/>
        </w:rPr>
        <w:t>[Sprache und Niveau]   [Sprache und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