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[NOMBRE APELLIDOS]</w:t>
      </w:r>
    </w:p>
    <w:p>
      <w:r>
        <w:rPr>
          <w:b/>
        </w:rPr>
        <w:t>[Puesto deseado]</w:t>
      </w:r>
    </w:p>
    <w:p>
      <w:r>
        <w:rPr>
          <w:b w:val="0"/>
        </w:rPr>
        <w:t>[Ciudad, país]   [Teléfono]   [Correo electrónico]</w:t>
      </w:r>
    </w:p>
    <w:p>
      <w:r>
        <w:rPr>
          <w:b w:val="0"/>
        </w:rPr>
        <w:t>[Enlace de LinkedIn o portafolio]</w:t>
      </w:r>
    </w:p>
    <w:p>
      <w:pPr>
        <w:pStyle w:val="Heading1"/>
      </w:pPr>
      <w:r>
        <w:t>Perfil</w:t>
      </w:r>
    </w:p>
    <w:p>
      <w:r>
        <w:rPr>
          <w:b w:val="0"/>
        </w:rPr>
        <w:t>[Su profesión y experiencia. Resuma su especialidad y un logro verificable en dos frases adaptadas al puesto.]</w:t>
      </w:r>
    </w:p>
    <w:p>
      <w:pPr>
        <w:pStyle w:val="Heading1"/>
      </w:pPr>
      <w:r>
        <w:t>Experiencia profesional</w:t>
      </w:r>
    </w:p>
    <w:p>
      <w:r>
        <w:rPr>
          <w:b/>
        </w:rPr>
        <w:t>[Puesto]   [Empresa, ciudad]</w:t>
      </w:r>
    </w:p>
    <w:p>
      <w:r>
        <w:rPr>
          <w:b w:val="0"/>
        </w:rPr>
        <w:t>[Mes año] a [Mes año o actualidad]</w:t>
      </w:r>
    </w:p>
    <w:p>
      <w:pPr>
        <w:pStyle w:val="ListBullet"/>
      </w:pPr>
      <w:r>
        <w:t>[Acción realizada, alcance y resultado cuantificado verificable.]</w:t>
      </w:r>
    </w:p>
    <w:p>
      <w:pPr>
        <w:pStyle w:val="ListBullet"/>
      </w:pPr>
      <w:r>
        <w:t>[Responsabilidad pertinente para el puesto deseado.]</w:t>
      </w:r>
    </w:p>
    <w:p>
      <w:r>
        <w:rPr>
          <w:b/>
        </w:rPr>
        <w:t>[Puesto]   [Empresa, ciudad]</w:t>
      </w:r>
    </w:p>
    <w:p>
      <w:r>
        <w:rPr>
          <w:b w:val="0"/>
        </w:rPr>
        <w:t>[Mes año] a [Mes año o actualidad]</w:t>
      </w:r>
    </w:p>
    <w:p>
      <w:pPr>
        <w:pStyle w:val="ListBullet"/>
      </w:pPr>
      <w:r>
        <w:t>[Acción realizada, alcance y resultado cuantificado verificable.]</w:t>
      </w:r>
    </w:p>
    <w:p>
      <w:pPr>
        <w:pStyle w:val="ListBullet"/>
      </w:pPr>
      <w:r>
        <w:t>[Responsabilidad pertinente para el puesto deseado.]</w:t>
      </w:r>
    </w:p>
    <w:p>
      <w:pPr>
        <w:pStyle w:val="Heading1"/>
      </w:pPr>
      <w:r>
        <w:t>Formación</w:t>
      </w:r>
    </w:p>
    <w:p>
      <w:r>
        <w:rPr>
          <w:b/>
        </w:rPr>
        <w:t>[Título]   [Centro educativo]   [Año]</w:t>
      </w:r>
    </w:p>
    <w:p>
      <w:r>
        <w:rPr>
          <w:b w:val="0"/>
        </w:rPr>
        <w:t>[Especialidad, proyecto final o certificación pertinente]</w:t>
      </w:r>
    </w:p>
    <w:p>
      <w:pPr>
        <w:pStyle w:val="Heading1"/>
      </w:pPr>
      <w:r>
        <w:t>Competencias</w:t>
      </w:r>
    </w:p>
    <w:p>
      <w:r>
        <w:rPr>
          <w:b w:val="0"/>
        </w:rPr>
        <w:t>[Competencia pertinente]   [Herramienta utilizada]   [Método de trabajo]</w:t>
      </w:r>
    </w:p>
    <w:p>
      <w:pPr>
        <w:pStyle w:val="Heading1"/>
      </w:pPr>
      <w:r>
        <w:t>Idiomas</w:t>
      </w:r>
    </w:p>
    <w:p>
      <w:r>
        <w:rPr>
          <w:b w:val="0"/>
        </w:rPr>
        <w:t>[Idioma y nivel]   [Idioma y nivel]</w:t>
      </w:r>
    </w:p>
    <w:sectPr w:rsidR="00FC693F" w:rsidRPr="0006063C" w:rsidSect="00034616">
      <w:pgSz w:w="12240" w:h="15840"/>
      <w:pgMar w:top="1008" w:right="1224" w:bottom="1008" w:left="122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 w:line="259" w:lineRule="auto"/>
    </w:pPr>
    <w:rPr>
      <w:rFonts w:ascii="Arial" w:hAnsi="Arial"/>
      <w:color w:val="000000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20" w:line="259" w:lineRule="auto"/>
      <w:outlineLvl w:val="0"/>
    </w:pPr>
    <w:rPr>
      <w:rFonts w:asciiTheme="majorHAnsi" w:eastAsiaTheme="majorEastAsia" w:hAnsiTheme="majorHAnsi" w:cstheme="majorBidi" w:ascii="Arial" w:hAnsi="Arial"/>
      <w:b/>
      <w:bCs/>
      <w:color w:val="000000"/>
      <w:sz w:val="2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100" w:line="259" w:lineRule="auto"/>
      <w:outlineLvl w:val="1"/>
    </w:pPr>
    <w:rPr>
      <w:rFonts w:asciiTheme="majorHAnsi" w:eastAsiaTheme="majorEastAsia" w:hAnsiTheme="majorHAnsi" w:cstheme="majorBidi" w:ascii="Arial" w:hAnsi="Arial"/>
      <w:b/>
      <w:bCs/>
      <w:color w:val="000000"/>
      <w:sz w:val="21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100" w:line="259" w:lineRule="auto"/>
      <w:contextualSpacing/>
    </w:pPr>
    <w:rPr>
      <w:rFonts w:asciiTheme="majorHAnsi" w:eastAsiaTheme="majorEastAsia" w:hAnsiTheme="majorHAnsi" w:cstheme="majorBidi" w:ascii="Arial" w:hAnsi="Arial"/>
      <w:b/>
      <w:color w:val="000000"/>
      <w:spacing w:val="5"/>
      <w:kern w:val="28"/>
      <w:sz w:val="4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  <w:spacing w:after="100" w:line="259" w:lineRule="auto"/>
    </w:pPr>
    <w:rPr>
      <w:rFonts w:asciiTheme="majorHAnsi" w:eastAsiaTheme="majorEastAsia" w:hAnsiTheme="majorHAnsi" w:cstheme="majorBidi" w:ascii="Arial" w:hAnsi="Arial"/>
      <w:i/>
      <w:iCs/>
      <w:color w:val="000000"/>
      <w:spacing w:val="15"/>
      <w:sz w:val="21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after="100" w:line="259" w:lineRule="auto"/>
      <w:contextualSpacing/>
    </w:pPr>
    <w:rPr>
      <w:rFonts w:ascii="Arial" w:hAnsi="Arial"/>
      <w:color w:val="000000"/>
      <w:sz w:val="21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Plantilla de currículum</dc:title>
  <dc:subject/>
  <dc:creator>Toolnoza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es</dc:language>
</cp:coreProperties>
</file>