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[VORNAME NACHNAME]</w:t>
      </w:r>
    </w:p>
    <w:p>
      <w:r>
        <w:rPr>
          <w:b/>
        </w:rPr>
        <w:t>[Angestrebte Position]</w:t>
      </w:r>
    </w:p>
    <w:p>
      <w:r>
        <w:rPr>
          <w:b w:val="0"/>
        </w:rPr>
        <w:t>[Ort, Land]   [Telefon]   [E-Mail-Adresse]</w:t>
      </w:r>
    </w:p>
    <w:p>
      <w:r>
        <w:rPr>
          <w:b w:val="0"/>
        </w:rPr>
        <w:t>[Link zu LinkedIn oder Portfolio]</w:t>
      </w:r>
    </w:p>
    <w:p>
      <w:pPr>
        <w:pStyle w:val="Heading1"/>
      </w:pPr>
      <w:r>
        <w:t>Profil</w:t>
      </w:r>
    </w:p>
    <w:p>
      <w:r>
        <w:rPr>
          <w:b w:val="0"/>
        </w:rPr>
        <w:t>[Ihr Beruf und Ihre Erfahrung. Fassen Sie Ihr Fachgebiet und einen nachprüfbaren Erfolg in zwei auf die Zielposition abgestimmten Sätzen zusammen.]</w:t>
      </w:r>
    </w:p>
    <w:p>
      <w:pPr>
        <w:pStyle w:val="Heading1"/>
      </w:pPr>
      <w:r>
        <w:t>Berufserfahrung</w:t>
      </w:r>
    </w:p>
    <w:p>
      <w:r>
        <w:rPr>
          <w:b/>
        </w:rPr>
        <w:t>[Position]   [Unternehmen, Ort]</w:t>
      </w:r>
    </w:p>
    <w:p>
      <w:r>
        <w:rPr>
          <w:b w:val="0"/>
        </w:rPr>
        <w:t>[Monat Jahr] bis [Monat Jahr oder heute]</w:t>
      </w:r>
    </w:p>
    <w:p>
      <w:pPr>
        <w:pStyle w:val="ListBullet"/>
      </w:pPr>
      <w:r>
        <w:t>[Maßnahme, Umfang und nachprüfbares quantifiziertes Ergebnis.]</w:t>
      </w:r>
    </w:p>
    <w:p>
      <w:pPr>
        <w:pStyle w:val="ListBullet"/>
      </w:pPr>
      <w:r>
        <w:t>[Für die Zielposition relevante Verantwortung.]</w:t>
      </w:r>
    </w:p>
    <w:p>
      <w:r>
        <w:rPr>
          <w:b/>
        </w:rPr>
        <w:t>[Position]   [Unternehmen, Ort]</w:t>
      </w:r>
    </w:p>
    <w:p>
      <w:r>
        <w:rPr>
          <w:b w:val="0"/>
        </w:rPr>
        <w:t>[Monat Jahr] bis [Monat Jahr oder heute]</w:t>
      </w:r>
    </w:p>
    <w:p>
      <w:pPr>
        <w:pStyle w:val="ListBullet"/>
      </w:pPr>
      <w:r>
        <w:t>[Maßnahme, Umfang und nachprüfbares quantifiziertes Ergebnis.]</w:t>
      </w:r>
    </w:p>
    <w:p>
      <w:pPr>
        <w:pStyle w:val="ListBullet"/>
      </w:pPr>
      <w:r>
        <w:t>[Für die Zielposition relevante Verantwortung.]</w:t>
      </w:r>
    </w:p>
    <w:p>
      <w:pPr>
        <w:pStyle w:val="Heading1"/>
      </w:pPr>
      <w:r>
        <w:t>Ausbildung</w:t>
      </w:r>
    </w:p>
    <w:p>
      <w:r>
        <w:rPr>
          <w:b/>
        </w:rPr>
        <w:t>[Abschluss]   [Bildungseinrichtung]   [Jahr]</w:t>
      </w:r>
    </w:p>
    <w:p>
      <w:r>
        <w:rPr>
          <w:b w:val="0"/>
        </w:rPr>
        <w:t>[Spezialisierung, Abschlussprojekt oder relevante Zertifizierung]</w:t>
      </w:r>
    </w:p>
    <w:p>
      <w:pPr>
        <w:pStyle w:val="Heading1"/>
      </w:pPr>
      <w:r>
        <w:t>Kompetenzen</w:t>
      </w:r>
    </w:p>
    <w:p>
      <w:r>
        <w:rPr>
          <w:b w:val="0"/>
        </w:rPr>
        <w:t>[Relevante Kompetenz]   [Verwendetes Tool]   [Arbeitsmethode]</w:t>
      </w:r>
    </w:p>
    <w:p>
      <w:pPr>
        <w:pStyle w:val="Heading1"/>
      </w:pPr>
      <w:r>
        <w:t>Sprachen</w:t>
      </w:r>
    </w:p>
    <w:p>
      <w:r>
        <w:rPr>
          <w:b w:val="0"/>
        </w:rPr>
        <w:t>[Sprache und Niveau]   [Sprache und Niveau]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