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[PRÉNOM NOM]</w:t>
      </w:r>
    </w:p>
    <w:p>
      <w:r>
        <w:rPr>
          <w:b/>
        </w:rPr>
        <w:t>[Intitulé du poste ciblé]</w:t>
      </w:r>
    </w:p>
    <w:p>
      <w:r>
        <w:rPr>
          <w:b w:val="0"/>
        </w:rPr>
        <w:t>[Ville, pays]   [Téléphone]   [Adresse e-mail]</w:t>
      </w:r>
    </w:p>
    <w:p>
      <w:r>
        <w:rPr>
          <w:b w:val="0"/>
        </w:rPr>
        <w:t>[Lien LinkedIn ou portfolio]</w:t>
      </w:r>
    </w:p>
    <w:p>
      <w:pPr>
        <w:pStyle w:val="Heading1"/>
      </w:pPr>
      <w:r>
        <w:t>Profil</w:t>
      </w:r>
    </w:p>
    <w:p>
      <w:r>
        <w:rPr>
          <w:b w:val="0"/>
        </w:rPr>
        <w:t>[Votre métier et votre expérience. Résumez votre spécialité et une réalisation vérifiable en deux phrases adaptées au poste ciblé.]</w:t>
      </w:r>
    </w:p>
    <w:p>
      <w:pPr>
        <w:pStyle w:val="Heading1"/>
      </w:pPr>
      <w:r>
        <w:t>Compétences clés</w:t>
      </w:r>
    </w:p>
    <w:p>
      <w:r>
        <w:rPr>
          <w:b w:val="0"/>
        </w:rPr>
        <w:t>[Compétence liée au poste]   [Outil maîtrisé]   [Méthode de travail]</w:t>
      </w:r>
    </w:p>
    <w:p>
      <w:pPr>
        <w:pStyle w:val="Heading1"/>
      </w:pPr>
      <w:r>
        <w:t>Expérience professionnelle</w:t>
      </w:r>
    </w:p>
    <w:p>
      <w:r>
        <w:rPr>
          <w:b/>
        </w:rPr>
        <w:t>[Poste]   [Entreprise, ville]</w:t>
      </w:r>
    </w:p>
    <w:p>
      <w:r>
        <w:rPr>
          <w:b w:val="0"/>
        </w:rPr>
        <w:t>[Mois année] à [Mois année ou aujourd’hui]</w:t>
      </w:r>
    </w:p>
    <w:p>
      <w:pPr>
        <w:pStyle w:val="ListBullet"/>
      </w:pPr>
      <w:r>
        <w:t>[Action menée, périmètre et résultat chiffré vérifiable.]</w:t>
      </w:r>
    </w:p>
    <w:p>
      <w:pPr>
        <w:pStyle w:val="ListBullet"/>
      </w:pPr>
      <w:r>
        <w:t>[Responsabilité pertinente pour le poste visé.]</w:t>
      </w:r>
    </w:p>
    <w:p>
      <w:r>
        <w:rPr>
          <w:b/>
        </w:rPr>
        <w:t>[Poste]   [Entreprise, ville]</w:t>
      </w:r>
    </w:p>
    <w:p>
      <w:r>
        <w:rPr>
          <w:b w:val="0"/>
        </w:rPr>
        <w:t>[Mois année] à [Mois année ou aujourd’hui]</w:t>
      </w:r>
    </w:p>
    <w:p>
      <w:pPr>
        <w:pStyle w:val="ListBullet"/>
      </w:pPr>
      <w:r>
        <w:t>[Action menée, périmètre et résultat chiffré vérifiable.]</w:t>
      </w:r>
    </w:p>
    <w:p>
      <w:pPr>
        <w:pStyle w:val="ListBullet"/>
      </w:pPr>
      <w:r>
        <w:t>[Responsabilité pertinente pour le poste visé.]</w:t>
      </w:r>
    </w:p>
    <w:p>
      <w:pPr>
        <w:pStyle w:val="Heading1"/>
      </w:pPr>
      <w:r>
        <w:t>Formation et certifications</w:t>
      </w:r>
    </w:p>
    <w:p>
      <w:r>
        <w:rPr>
          <w:b/>
        </w:rPr>
        <w:t>[Diplôme]   [Établissement]   [Année]</w:t>
      </w:r>
    </w:p>
    <w:p>
      <w:r>
        <w:rPr>
          <w:b w:val="0"/>
        </w:rPr>
        <w:t>[Spécialité, projet de fin d’études ou certification pertinente]</w:t>
      </w:r>
    </w:p>
    <w:p>
      <w:pPr>
        <w:pStyle w:val="Heading1"/>
      </w:pPr>
      <w:r>
        <w:t>Langues</w:t>
      </w:r>
    </w:p>
    <w:p>
      <w:r>
        <w:rPr>
          <w:b w:val="0"/>
        </w:rPr>
        <w:t>[Langue et niveau]   [Langue et niveau]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modern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