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/>
        </w:rPr>
        <w:t>[Target job title]</w:t>
      </w:r>
    </w:p>
    <w:p>
      <w:r>
        <w:rPr>
          <w:b w:val="0"/>
        </w:rPr>
        <w:t>[City, country]   [Phone]   [Email]</w:t>
      </w:r>
    </w:p>
    <w:p>
      <w:r>
        <w:rPr>
          <w:b w:val="0"/>
        </w:rPr>
        <w:t>[LinkedIn or portfolio URL]</w:t>
      </w:r>
    </w:p>
    <w:p>
      <w:pPr>
        <w:pStyle w:val="Heading1"/>
      </w:pPr>
      <w:r>
        <w:t>Profile</w:t>
      </w:r>
    </w:p>
    <w:p>
      <w:r>
        <w:rPr>
          <w:b w:val="0"/>
        </w:rPr>
        <w:t>[Your profession and experience. Summarize your specialty and one verifiable achievement in two sentences tailored to the target role.]</w:t>
      </w:r>
    </w:p>
    <w:p>
      <w:pPr>
        <w:pStyle w:val="Heading1"/>
      </w:pPr>
      <w:r>
        <w:t>Core skills</w:t>
      </w:r>
    </w:p>
    <w:p>
      <w:r>
        <w:rPr>
          <w:b w:val="0"/>
        </w:rPr>
        <w:t>[Relevant skill]   [Tool you use]   [Working method]</w:t>
      </w:r>
    </w:p>
    <w:p>
      <w:pPr>
        <w:pStyle w:val="Heading1"/>
      </w:pPr>
      <w:r>
        <w:t>Work experience</w:t>
      </w:r>
    </w:p>
    <w:p>
      <w:r>
        <w:rPr>
          <w:b/>
        </w:rPr>
        <w:t>[Job title]   [Company, city]</w:t>
      </w:r>
    </w:p>
    <w:p>
      <w:r>
        <w:rPr>
          <w:b w:val="0"/>
        </w:rPr>
        <w:t>[Month year] to [Month year or present]</w:t>
      </w:r>
    </w:p>
    <w:p>
      <w:pPr>
        <w:pStyle w:val="ListBullet"/>
      </w:pPr>
      <w:r>
        <w:t>[Action taken, scope and verifiable quantified result.]</w:t>
      </w:r>
    </w:p>
    <w:p>
      <w:pPr>
        <w:pStyle w:val="ListBullet"/>
      </w:pPr>
      <w:r>
        <w:t>[Responsibility relevant to the target role.]</w:t>
      </w:r>
    </w:p>
    <w:p>
      <w:r>
        <w:rPr>
          <w:b/>
        </w:rPr>
        <w:t>[Job title]   [Company, city]</w:t>
      </w:r>
    </w:p>
    <w:p>
      <w:r>
        <w:rPr>
          <w:b w:val="0"/>
        </w:rPr>
        <w:t>[Month year] to [Month year or present]</w:t>
      </w:r>
    </w:p>
    <w:p>
      <w:pPr>
        <w:pStyle w:val="ListBullet"/>
      </w:pPr>
      <w:r>
        <w:t>[Action taken, scope and verifiable quantified result.]</w:t>
      </w:r>
    </w:p>
    <w:p>
      <w:pPr>
        <w:pStyle w:val="ListBullet"/>
      </w:pPr>
      <w:r>
        <w:t>[Responsibility relevant to the target role.]</w:t>
      </w:r>
    </w:p>
    <w:p>
      <w:pPr>
        <w:pStyle w:val="Heading1"/>
      </w:pPr>
      <w:r>
        <w:t>Education and certifications</w:t>
      </w:r>
    </w:p>
    <w:p>
      <w:r>
        <w:rPr>
          <w:b/>
        </w:rPr>
        <w:t>[Degree]   [Institution]   [Year]</w:t>
      </w:r>
    </w:p>
    <w:p>
      <w:r>
        <w:rPr>
          <w:b w:val="0"/>
        </w:rPr>
        <w:t>[Specialization, final project or relevant certification]</w:t>
      </w:r>
    </w:p>
    <w:p>
      <w:pPr>
        <w:pStyle w:val="Heading1"/>
      </w:pPr>
      <w:r>
        <w:t>Languages</w:t>
      </w:r>
    </w:p>
    <w:p>
      <w:r>
        <w:rPr>
          <w:b w:val="0"/>
        </w:rPr>
        <w:t>[Language and level]   [Language and level]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modern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