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60"/>
      </w:pPr>
      <w:r>
        <w:rPr>
          <w:b/>
          <w:color w:val="006E73"/>
          <w:sz w:val="64"/>
        </w:rPr>
        <w:t>[NOMBRE APELLIDOS]</w:t>
      </w:r>
    </w:p>
    <w:p>
      <w:pPr>
        <w:widowControl/>
        <w:spacing w:after="240"/>
      </w:pPr>
      <w:r>
        <w:rPr>
          <w:b/>
          <w:color w:val="006E73"/>
          <w:sz w:val="21"/>
        </w:rPr>
        <w:t>[PUESTO DESEADO]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[Ciudad, país] · [Teléfono] · [Correo electrónico]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[LinkedIn o portafolio]</w:t>
      </w:r>
    </w:p>
    <w:p>
      <w:pPr>
        <w:pStyle w:val="Heading1"/>
        <w:widowControl/>
        <w:spacing w:after="120"/>
      </w:pPr>
      <w:r>
        <w:rPr>
          <w:b/>
        </w:rPr>
        <w:t>PERFIL PROFESIONAL</w:t>
      </w:r>
    </w:p>
    <w:p>
      <w:pPr>
        <w:widowControl/>
        <w:spacing w:after="120"/>
      </w:pPr>
      <w:r>
        <w:rPr>
          <w:b w:val="0"/>
        </w:rPr>
        <w:t>[Su profesión y especialidad. Describa su experiencia y su aportación al puesto deseado en dos frases precisas.]</w:t>
      </w:r>
    </w:p>
    <w:p>
      <w:pPr>
        <w:pStyle w:val="Heading1"/>
        <w:widowControl/>
        <w:spacing w:after="120"/>
      </w:pPr>
      <w:r>
        <w:rPr>
          <w:b/>
        </w:rPr>
        <w:t>EXPERIENCIA PROFESIONAL</w:t>
      </w:r>
    </w:p>
    <w:p>
      <w:pPr>
        <w:widowControl/>
        <w:spacing w:after="60"/>
      </w:pPr>
      <w:r>
        <w:rPr>
          <w:b/>
          <w:color w:val="006E73"/>
          <w:sz w:val="22"/>
        </w:rPr>
        <w:t>[Puesto]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[Empresa] · [Ciudad] | [Fechas]</w:t>
      </w:r>
    </w:p>
    <w:p>
      <w:pPr>
        <w:widowControl/>
        <w:spacing w:after="80"/>
      </w:pPr>
      <w:r>
        <w:rPr>
          <w:b w:val="0"/>
        </w:rPr>
        <w:t>• [Acción realizada, alcance y resultado medible verificable.]</w:t>
      </w:r>
    </w:p>
    <w:p>
      <w:pPr>
        <w:widowControl/>
        <w:spacing w:after="200"/>
      </w:pPr>
      <w:r>
        <w:rPr>
          <w:b w:val="0"/>
        </w:rPr>
        <w:t>• [Responsabilidad pertinente y método o herramienta utilizada.]</w:t>
      </w:r>
    </w:p>
    <w:p>
      <w:pPr>
        <w:widowControl/>
        <w:spacing w:after="60"/>
      </w:pPr>
      <w:r>
        <w:rPr>
          <w:b/>
          <w:color w:val="006E73"/>
          <w:sz w:val="22"/>
        </w:rPr>
        <w:t>[Puesto]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[Empresa] · [Ciudad] | [Fechas]</w:t>
      </w:r>
    </w:p>
    <w:p>
      <w:pPr>
        <w:widowControl/>
        <w:spacing w:after="80"/>
      </w:pPr>
      <w:r>
        <w:rPr>
          <w:b w:val="0"/>
        </w:rPr>
        <w:t>• [Acción realizada, alcance y resultado medible verificable.]</w:t>
      </w:r>
    </w:p>
    <w:p>
      <w:pPr>
        <w:widowControl/>
        <w:spacing w:after="200"/>
      </w:pPr>
      <w:r>
        <w:rPr>
          <w:b w:val="0"/>
        </w:rPr>
        <w:t>• [Responsabilidad pertinente y método o herramienta utilizada.]</w:t>
      </w:r>
    </w:p>
    <w:p>
      <w:pPr>
        <w:pStyle w:val="Heading1"/>
        <w:widowControl/>
        <w:spacing w:after="120"/>
      </w:pPr>
      <w:r>
        <w:rPr>
          <w:b/>
        </w:rPr>
        <w:t>PROYECTO DESTACADO</w:t>
      </w:r>
    </w:p>
    <w:p>
      <w:pPr>
        <w:widowControl/>
        <w:spacing w:after="80"/>
      </w:pPr>
      <w:r>
        <w:rPr>
          <w:b/>
          <w:color w:val="006E73"/>
        </w:rPr>
        <w:t>[Nombre del proyecto] · [Año]</w:t>
      </w:r>
    </w:p>
    <w:p>
      <w:pPr>
        <w:widowControl/>
        <w:spacing w:after="120"/>
      </w:pPr>
      <w:r>
        <w:rPr>
          <w:b w:val="0"/>
        </w:rPr>
        <w:t>[Describa la necesidad, su aportación personal y un resultado real.]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COMPETENCIAS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[Competencia profesional]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[Método o proceso]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[Programa y nivel]</w:t>
            </w:r>
          </w:p>
        </w:tc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FORMACIÓN</w:t>
            </w:r>
          </w:p>
          <w:p>
            <w:pPr>
              <w:widowControl/>
              <w:spacing w:after="80"/>
            </w:pPr>
            <w:r>
              <w:rPr>
                <w:b/>
                <w:color w:val="006E73"/>
              </w:rPr>
              <w:t>[Título o certificación]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[Centro educativo] · [Año]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IDIOMAS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[Idioma] · [Nivel]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[Idioma] · [Nivel]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6E7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