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60"/>
      </w:pPr>
      <w:r>
        <w:rPr>
          <w:b/>
          <w:color w:val="006E73"/>
          <w:sz w:val="64"/>
        </w:rPr>
        <w:t>[FIRST LAST NAME]</w:t>
      </w:r>
    </w:p>
    <w:p>
      <w:pPr>
        <w:widowControl/>
        <w:spacing w:after="240"/>
      </w:pPr>
      <w:r>
        <w:rPr>
          <w:b/>
          <w:color w:val="006E73"/>
          <w:sz w:val="21"/>
        </w:rPr>
        <w:t>[TARGET JOB TITLE]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[City, country] · [Phone] · [Email address]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[LinkedIn or portfolio]</w:t>
      </w:r>
    </w:p>
    <w:p>
      <w:pPr>
        <w:pStyle w:val="Heading1"/>
        <w:widowControl/>
        <w:spacing w:after="120"/>
      </w:pPr>
      <w:r>
        <w:rPr>
          <w:b/>
        </w:rPr>
        <w:t>PROFESSIONAL PROFILE</w:t>
      </w:r>
    </w:p>
    <w:p>
      <w:pPr>
        <w:widowControl/>
        <w:spacing w:after="120"/>
      </w:pPr>
      <w:r>
        <w:rPr>
          <w:b w:val="0"/>
        </w:rPr>
        <w:t>[Your profession and specialty. Describe your experience and value for the target role in two precise sentences.]</w:t>
      </w:r>
    </w:p>
    <w:p>
      <w:pPr>
        <w:pStyle w:val="Heading1"/>
        <w:widowControl/>
        <w:spacing w:after="120"/>
      </w:pPr>
      <w:r>
        <w:rPr>
          <w:b/>
        </w:rPr>
        <w:t>PROFESSIONAL EXPERIENCE</w:t>
      </w:r>
    </w:p>
    <w:p>
      <w:pPr>
        <w:widowControl/>
        <w:spacing w:after="60"/>
      </w:pPr>
      <w:r>
        <w:rPr>
          <w:b/>
          <w:color w:val="006E73"/>
          <w:sz w:val="22"/>
        </w:rPr>
        <w:t>[Job title]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[Company] · [City] | [Dates]</w:t>
      </w:r>
    </w:p>
    <w:p>
      <w:pPr>
        <w:widowControl/>
        <w:spacing w:after="80"/>
      </w:pPr>
      <w:r>
        <w:rPr>
          <w:b w:val="0"/>
        </w:rPr>
        <w:t>• [Action taken, scope and verifiable measurable outcome.]</w:t>
      </w:r>
    </w:p>
    <w:p>
      <w:pPr>
        <w:widowControl/>
        <w:spacing w:after="200"/>
      </w:pPr>
      <w:r>
        <w:rPr>
          <w:b w:val="0"/>
        </w:rPr>
        <w:t>• [Relevant responsibility and method or tool used.]</w:t>
      </w:r>
    </w:p>
    <w:p>
      <w:pPr>
        <w:widowControl/>
        <w:spacing w:after="60"/>
      </w:pPr>
      <w:r>
        <w:rPr>
          <w:b/>
          <w:color w:val="006E73"/>
          <w:sz w:val="22"/>
        </w:rPr>
        <w:t>[Job title]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[Company] · [City] | [Dates]</w:t>
      </w:r>
    </w:p>
    <w:p>
      <w:pPr>
        <w:widowControl/>
        <w:spacing w:after="80"/>
      </w:pPr>
      <w:r>
        <w:rPr>
          <w:b w:val="0"/>
        </w:rPr>
        <w:t>• [Action taken, scope and verifiable measurable outcome.]</w:t>
      </w:r>
    </w:p>
    <w:p>
      <w:pPr>
        <w:widowControl/>
        <w:spacing w:after="200"/>
      </w:pPr>
      <w:r>
        <w:rPr>
          <w:b w:val="0"/>
        </w:rPr>
        <w:t>• [Relevant responsibility and method or tool used.]</w:t>
      </w:r>
    </w:p>
    <w:p>
      <w:pPr>
        <w:pStyle w:val="Heading1"/>
        <w:widowControl/>
        <w:spacing w:after="120"/>
      </w:pPr>
      <w:r>
        <w:rPr>
          <w:b/>
        </w:rPr>
        <w:t>SELECTED PROJECT</w:t>
      </w:r>
    </w:p>
    <w:p>
      <w:pPr>
        <w:widowControl/>
        <w:spacing w:after="80"/>
      </w:pPr>
      <w:r>
        <w:rPr>
          <w:b/>
          <w:color w:val="006E73"/>
        </w:rPr>
        <w:t>[Project name] · [Year]</w:t>
      </w:r>
    </w:p>
    <w:p>
      <w:pPr>
        <w:widowControl/>
        <w:spacing w:after="120"/>
      </w:pPr>
      <w:r>
        <w:rPr>
          <w:b w:val="0"/>
        </w:rPr>
        <w:t>[Describe the need, your personal contribution and a real outcome.]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SKILLS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[Professional skill]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 or process]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and level]</w:t>
            </w:r>
          </w:p>
        </w:tc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EDUCATION</w:t>
            </w:r>
          </w:p>
          <w:p>
            <w:pPr>
              <w:widowControl/>
              <w:spacing w:after="80"/>
            </w:pPr>
            <w:r>
              <w:rPr>
                <w:b/>
                <w:color w:val="006E73"/>
              </w:rPr>
              <w:t>[Degree or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[Institution] · [Year]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LANGUAGES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6E7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 horizon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