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142D44"/>
            <w:tcMar>
              <w:top w:w="240" w:type="dxa"/>
              <w:left w:w="240" w:type="dxa"/>
              <w:bottom w:w="240" w:type="dxa"/>
              <w:right w:w="240" w:type="dxa"/>
            </w:tcMar>
          </w:tcPr>
          <w:p>
            <w:pPr>
              <w:pStyle w:val="Title"/>
              <w:widowControl/>
              <w:spacing w:after="160"/>
            </w:pPr>
            <w:r>
              <w:rPr>
                <w:b/>
                <w:color w:val="FFFFFF"/>
                <w:sz w:val="54"/>
              </w:rPr>
              <w:t>[PRÉNOM NOM]</w:t>
            </w:r>
          </w:p>
          <w:p>
            <w:pPr>
              <w:widowControl/>
              <w:spacing w:after="240"/>
            </w:pPr>
            <w:r>
              <w:rPr>
                <w:b/>
                <w:color w:val="FFFFFF"/>
                <w:sz w:val="21"/>
              </w:rPr>
              <w:t>[INTITULÉ DU POSTE CIBLÉ]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68"/>
        <w:gridCol w:w="7200"/>
      </w:tblGrid>
      <w:tr>
        <w:trPr>
          <w:cantSplit/>
        </w:trPr>
        <w:tc>
          <w:tcPr>
            <w:tcW w:type="dxa" w:w="3168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F5F0E4"/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CONTACT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[Ville, pays]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[Téléphone]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[Adresse e-mail]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[Lien LinkedIn]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COMPÉTENCES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[Compétence métier]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[Méthode ou processus]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[Logiciel et niveau]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FORMATION</w:t>
            </w:r>
          </w:p>
          <w:p>
            <w:pPr>
              <w:widowControl/>
              <w:spacing w:after="80"/>
            </w:pPr>
            <w:r>
              <w:rPr>
                <w:b/>
                <w:color w:val="142D44"/>
              </w:rPr>
              <w:t>[Diplôme ou certification]</w:t>
            </w:r>
          </w:p>
          <w:p>
            <w:pPr>
              <w:widowControl/>
              <w:spacing w:after="120"/>
            </w:pPr>
            <w:r>
              <w:rPr>
                <w:b w:val="0"/>
                <w:sz w:val="20"/>
              </w:rPr>
              <w:t>[Établissement] · [Année]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LANGUES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[Langue] · [Niveau]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[Langue] · [Niveau]</w:t>
            </w:r>
          </w:p>
        </w:tc>
        <w:tc>
          <w:tcPr>
            <w:tcW w:type="dxa" w:w="7200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PROFIL PROFESSIONNEL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[Votre métier et votre spécialité. Présentez votre expérience et la valeur apportée au poste ciblé en deux phrases précises.]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EXPÉRIENCE PROFESSIONNELLE</w:t>
            </w:r>
          </w:p>
          <w:p>
            <w:pPr>
              <w:widowControl/>
              <w:spacing w:after="60"/>
            </w:pPr>
            <w:r>
              <w:rPr>
                <w:b/>
                <w:color w:val="142D44"/>
                <w:sz w:val="22"/>
              </w:rPr>
              <w:t>[Intitulé du poste]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[Entreprise] · [Ville] | [Dates]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[Action menée, périmètre et résultat mesurable vérifiable.]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[Responsabilité pertinente et méthode ou outil utilisé.]</w:t>
            </w:r>
          </w:p>
          <w:p>
            <w:pPr>
              <w:widowControl/>
              <w:spacing w:after="60"/>
            </w:pPr>
            <w:r>
              <w:rPr>
                <w:b/>
                <w:color w:val="142D44"/>
                <w:sz w:val="22"/>
              </w:rPr>
              <w:t>[Intitulé du poste]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[Entreprise] · [Ville] | [Dates]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[Action menée, périmètre et résultat mesurable vérifiable.]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[Responsabilité pertinente et méthode ou outil utilisé.]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PROJET MARQUANT</w:t>
            </w:r>
          </w:p>
          <w:p>
            <w:pPr>
              <w:widowControl/>
              <w:spacing w:after="80"/>
            </w:pPr>
            <w:r>
              <w:rPr>
                <w:b/>
                <w:color w:val="142D44"/>
              </w:rPr>
              <w:t>[Nom du projet] · [Année]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[Décrivez le besoin, votre contribution personnelle et un résultat réel.]</w:t>
            </w:r>
          </w:p>
        </w:tc>
      </w:tr>
    </w:tbl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2836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8B651E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83645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Calibri" w:hAnsi="Calibri"/>
      <w:b/>
      <w:color w:val="28364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Calibri" w:hAnsi="Calibri"/>
      <w:i/>
      <w:iCs/>
      <w:color w:val="283645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9" w:lineRule="auto"/>
      <w:contextualSpacing/>
    </w:pPr>
    <w:rPr>
      <w:rFonts w:ascii="Calibri" w:hAnsi="Calibri"/>
      <w:color w:val="283645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executive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