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142D44"/>
            <w:tcMar>
              <w:top w:w="240" w:type="dxa"/>
              <w:left w:w="240" w:type="dxa"/>
              <w:bottom w:w="240" w:type="dxa"/>
              <w:right w:w="240" w:type="dxa"/>
            </w:tcMar>
          </w:tcPr>
          <w:p>
            <w:pPr>
              <w:pStyle w:val="Title"/>
              <w:widowControl/>
              <w:spacing w:after="160"/>
            </w:pPr>
            <w:r>
              <w:rPr>
                <w:b/>
                <w:color w:val="FFFFFF"/>
                <w:sz w:val="54"/>
              </w:rPr>
              <w:t>[NOMBRE APELLIDOS]</w:t>
            </w:r>
          </w:p>
          <w:p>
            <w:pPr>
              <w:widowControl/>
              <w:spacing w:after="240"/>
            </w:pPr>
            <w:r>
              <w:rPr>
                <w:b/>
                <w:color w:val="FFFFFF"/>
                <w:sz w:val="21"/>
              </w:rPr>
              <w:t>[PUESTO DESEADO]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68"/>
        <w:gridCol w:w="7200"/>
      </w:tblGrid>
      <w:tr>
        <w:trPr>
          <w:cantSplit/>
        </w:trPr>
        <w:tc>
          <w:tcPr>
            <w:tcW w:type="dxa" w:w="316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F5F0E4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CONTACTO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[Ciudad, país]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[Teléfono]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[Correo electrónico]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[Enlace de LinkedIn]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COMPETENCIAS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[Competencia profesional]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[Método o proceso]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[Programa y nivel]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FORMACIÓN</w:t>
            </w:r>
          </w:p>
          <w:p>
            <w:pPr>
              <w:widowControl/>
              <w:spacing w:after="80"/>
            </w:pPr>
            <w:r>
              <w:rPr>
                <w:b/>
                <w:color w:val="142D44"/>
              </w:rPr>
              <w:t>[Título o certificación]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[Centro educativo] · [Año]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IDIOMAS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[Idioma] · [Nivel]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[Idioma] · [Nivel]</w:t>
            </w:r>
          </w:p>
        </w:tc>
        <w:tc>
          <w:tcPr>
            <w:tcW w:type="dxa" w:w="7200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PERFIL PROFESIONAL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[Su profesión y especialidad. Describa su experiencia y su aportación al puesto deseado en dos frases precisas.]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EXPERIENCIA PROFESIONAL</w:t>
            </w:r>
          </w:p>
          <w:p>
            <w:pPr>
              <w:widowControl/>
              <w:spacing w:after="60"/>
            </w:pPr>
            <w:r>
              <w:rPr>
                <w:b/>
                <w:color w:val="142D44"/>
                <w:sz w:val="22"/>
              </w:rPr>
              <w:t>[Puesto]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[Empresa] · [Ciudad] | [Fechas]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[Acción realizada, alcance y resultado medible verificable.]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[Responsabilidad pertinente y método o herramienta utilizada.]</w:t>
            </w:r>
          </w:p>
          <w:p>
            <w:pPr>
              <w:widowControl/>
              <w:spacing w:after="60"/>
            </w:pPr>
            <w:r>
              <w:rPr>
                <w:b/>
                <w:color w:val="142D44"/>
                <w:sz w:val="22"/>
              </w:rPr>
              <w:t>[Puesto]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[Empresa] · [Ciudad] | [Fechas]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[Acción realizada, alcance y resultado medible verificable.]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[Responsabilidad pertinente y método o herramienta utilizada.]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PROYECTO DESTACADO</w:t>
            </w:r>
          </w:p>
          <w:p>
            <w:pPr>
              <w:widowControl/>
              <w:spacing w:after="80"/>
            </w:pPr>
            <w:r>
              <w:rPr>
                <w:b/>
                <w:color w:val="142D44"/>
              </w:rPr>
              <w:t>[Nombre del proyecto] · [Año]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[Describa la necesidad, su aportación personal y un resultado real.]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8B651E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