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shd w:fill="142D44"/>
            <w:tcMar>
              <w:top w:w="240" w:type="dxa"/>
              <w:left w:w="240" w:type="dxa"/>
              <w:bottom w:w="240" w:type="dxa"/>
              <w:right w:w="240" w:type="dxa"/>
            </w:tcMar>
          </w:tcPr>
          <w:p>
            <w:pPr>
              <w:pStyle w:val="Title"/>
              <w:widowControl/>
              <w:spacing w:after="160"/>
            </w:pPr>
            <w:r>
              <w:rPr>
                <w:b/>
                <w:color w:val="FFFFFF"/>
                <w:sz w:val="54"/>
              </w:rPr>
              <w:t>[VORNAME NACHNAME]</w:t>
            </w:r>
          </w:p>
          <w:p>
            <w:pPr>
              <w:widowControl/>
              <w:spacing w:after="240"/>
            </w:pPr>
            <w:r>
              <w:rPr>
                <w:b/>
                <w:color w:val="FFFFFF"/>
                <w:sz w:val="21"/>
              </w:rPr>
              <w:t>[ANGESTREBTE POSITION]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68"/>
        <w:gridCol w:w="7200"/>
      </w:tblGrid>
      <w:tr>
        <w:trPr>
          <w:cantSplit/>
        </w:trPr>
        <w:tc>
          <w:tcPr>
            <w:tcW w:type="dxa" w:w="3168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shd w:fill="F5F0E4"/>
            <w:tcMar>
              <w:top w:w="220" w:type="dxa"/>
              <w:left w:w="220" w:type="dxa"/>
              <w:bottom w:w="220" w:type="dxa"/>
              <w:right w:w="220" w:type="dxa"/>
            </w:tcMar>
          </w:tcPr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KONTAKT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[Ort, Land]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[Telefon]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[E-Mail-Adresse]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[LinkedIn-Link]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KOMPETENZEN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[Berufliche Kompetenz]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[Methode oder Prozess]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[Software und Kenntnisstand]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AUSBILDUNG</w:t>
            </w:r>
          </w:p>
          <w:p>
            <w:pPr>
              <w:widowControl/>
              <w:spacing w:after="80"/>
            </w:pPr>
            <w:r>
              <w:rPr>
                <w:b/>
                <w:color w:val="142D44"/>
              </w:rPr>
              <w:t>[Abschluss oder Zertifizierung]</w:t>
            </w:r>
          </w:p>
          <w:p>
            <w:pPr>
              <w:widowControl/>
              <w:spacing w:after="120"/>
            </w:pPr>
            <w:r>
              <w:rPr>
                <w:b w:val="0"/>
                <w:sz w:val="20"/>
              </w:rPr>
              <w:t>[Bildungseinrichtung] · [Jahr]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SPRACHEN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[Sprache] · [Niveau]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[Sprache] · [Niveau]</w:t>
            </w:r>
          </w:p>
        </w:tc>
        <w:tc>
          <w:tcPr>
            <w:tcW w:type="dxa" w:w="7200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tcMar>
              <w:top w:w="220" w:type="dxa"/>
              <w:left w:w="220" w:type="dxa"/>
              <w:bottom w:w="220" w:type="dxa"/>
              <w:right w:w="220" w:type="dxa"/>
            </w:tcMar>
          </w:tcPr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BERUFLICHES PROFIL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[Ihr Beruf und Ihr Fachgebiet. Beschreiben Sie Ihre Erfahrung und Ihren Mehrwert für die Zielposition in zwei präzisen Sätzen.]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BERUFSERFAHRUNG</w:t>
            </w:r>
          </w:p>
          <w:p>
            <w:pPr>
              <w:widowControl/>
              <w:spacing w:after="60"/>
            </w:pPr>
            <w:r>
              <w:rPr>
                <w:b/>
                <w:color w:val="142D44"/>
                <w:sz w:val="22"/>
              </w:rPr>
              <w:t>[Position]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[Unternehmen] · [Ort] | [Zeitraum]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[Maßnahme, Umfang und nachprüfbares messbares Ergebnis.]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[Relevante Verantwortung sowie verwendete Methode oder verwendetes Tool.]</w:t>
            </w:r>
          </w:p>
          <w:p>
            <w:pPr>
              <w:widowControl/>
              <w:spacing w:after="60"/>
            </w:pPr>
            <w:r>
              <w:rPr>
                <w:b/>
                <w:color w:val="142D44"/>
                <w:sz w:val="22"/>
              </w:rPr>
              <w:t>[Position]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[Unternehmen] · [Ort] | [Zeitraum]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[Maßnahme, Umfang und nachprüfbares messbares Ergebnis.]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[Relevante Verantwortung sowie verwendete Methode oder verwendetes Tool.]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AUSGEWÄHLTES PROJEKT</w:t>
            </w:r>
          </w:p>
          <w:p>
            <w:pPr>
              <w:widowControl/>
              <w:spacing w:after="80"/>
            </w:pPr>
            <w:r>
              <w:rPr>
                <w:b/>
                <w:color w:val="142D44"/>
              </w:rPr>
              <w:t>[Projektname] · [Jahr]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[Beschreiben Sie den Bedarf, Ihren persönlichen Beitrag und ein tatsächliches Ergebnis.]</w:t>
            </w:r>
          </w:p>
        </w:tc>
      </w:tr>
    </w:tbl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28364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8B651E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83645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Calibri" w:hAnsi="Calibri"/>
      <w:b/>
      <w:color w:val="28364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Calibri" w:hAnsi="Calibri"/>
      <w:i/>
      <w:iCs/>
      <w:color w:val="283645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9" w:lineRule="auto"/>
      <w:contextualSpacing/>
    </w:pPr>
    <w:rPr>
      <w:rFonts w:ascii="Calibri" w:hAnsi="Calibri"/>
      <w:color w:val="283645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Lebenslaufvorlage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</dc:language>
</cp:coreProperties>
</file>