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[PRÉNOM NOM]</w:t>
      </w:r>
    </w:p>
    <w:p>
      <w:r>
        <w:rPr>
          <w:b/>
        </w:rPr>
        <w:t>[Intitulé du poste ciblé]</w:t>
      </w:r>
    </w:p>
    <w:p>
      <w:r>
        <w:rPr>
          <w:b w:val="0"/>
        </w:rPr>
        <w:t>[Ville, pays]   [Téléphone]   [Adresse e-mail]</w:t>
      </w:r>
    </w:p>
    <w:p>
      <w:r>
        <w:rPr>
          <w:b w:val="0"/>
        </w:rPr>
        <w:t>[Lien LinkedIn ou portfolio]</w:t>
      </w:r>
    </w:p>
    <w:p>
      <w:pPr>
        <w:pStyle w:val="Heading1"/>
      </w:pPr>
      <w:r>
        <w:t>Profil</w:t>
      </w:r>
    </w:p>
    <w:p>
      <w:r>
        <w:rPr>
          <w:b w:val="0"/>
        </w:rPr>
        <w:t>[Ingénieur en spécialité avec X années d’expérience en domaine. Indiquez votre périmètre technique et une réalisation vérifiable liée au poste ciblé.]</w:t>
      </w:r>
    </w:p>
    <w:p>
      <w:pPr>
        <w:pStyle w:val="Heading1"/>
      </w:pPr>
      <w:r>
        <w:t>Compétences techniques</w:t>
      </w:r>
    </w:p>
    <w:p>
      <w:r>
        <w:rPr>
          <w:b w:val="0"/>
        </w:rPr>
        <w:t>[Méthodes et domaines techniques]</w:t>
      </w:r>
    </w:p>
    <w:p>
      <w:r>
        <w:rPr>
          <w:b w:val="0"/>
        </w:rPr>
        <w:t>[Logiciels maîtrisés et niveau d’utilisation]</w:t>
      </w:r>
    </w:p>
    <w:p>
      <w:pPr>
        <w:pStyle w:val="Heading1"/>
      </w:pPr>
      <w:r>
        <w:t>Expérience professionnelle</w:t>
      </w:r>
    </w:p>
    <w:p>
      <w:r>
        <w:rPr>
          <w:b/>
        </w:rPr>
        <w:t>[Poste]   [Entreprise, ville]</w:t>
      </w:r>
    </w:p>
    <w:p>
      <w:r>
        <w:rPr>
          <w:b w:val="0"/>
        </w:rPr>
        <w:t>[Mois année] à [Mois année ou aujourd’hui]</w:t>
      </w:r>
    </w:p>
    <w:p>
      <w:pPr>
        <w:pStyle w:val="ListBullet"/>
      </w:pPr>
      <w:r>
        <w:t>[Action menée, périmètre et résultat chiffré vérifiable.]</w:t>
      </w:r>
    </w:p>
    <w:p>
      <w:pPr>
        <w:pStyle w:val="ListBullet"/>
      </w:pPr>
      <w:r>
        <w:t>[Responsabilité pertinente pour le poste visé.]</w:t>
      </w:r>
    </w:p>
    <w:p>
      <w:pPr>
        <w:pStyle w:val="Heading1"/>
      </w:pPr>
      <w:r>
        <w:t>Projet représentatif</w:t>
      </w:r>
    </w:p>
    <w:p>
      <w:r>
        <w:rPr>
          <w:b/>
        </w:rPr>
        <w:t>[Projet]   [Contexte et dates]</w:t>
      </w:r>
    </w:p>
    <w:p>
      <w:pPr>
        <w:pStyle w:val="ListBullet"/>
      </w:pPr>
      <w:r>
        <w:t>[Problème, méthode, rôle personnel et résultat mesurable.]</w:t>
      </w:r>
    </w:p>
    <w:p>
      <w:pPr>
        <w:pStyle w:val="Heading1"/>
      </w:pPr>
      <w:r>
        <w:t>Formation et certifications</w:t>
      </w:r>
    </w:p>
    <w:p>
      <w:r>
        <w:rPr>
          <w:b/>
        </w:rPr>
        <w:t>[Diplôme]   [Établissement]   [Année]</w:t>
      </w:r>
    </w:p>
    <w:p>
      <w:r>
        <w:rPr>
          <w:b w:val="0"/>
        </w:rPr>
        <w:t>[Spécialité, projet de fin d’études ou certification pertinente]</w:t>
      </w:r>
    </w:p>
    <w:p>
      <w:pPr>
        <w:pStyle w:val="Heading1"/>
      </w:pPr>
      <w:r>
        <w:t>Langues</w:t>
      </w:r>
    </w:p>
    <w:p>
      <w:r>
        <w:rPr>
          <w:b w:val="0"/>
        </w:rPr>
        <w:t>[Langue et niveau]   [Langue et niveau]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CV engineer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