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[NOMBRE APELLIDOS]</w:t>
      </w:r>
    </w:p>
    <w:p>
      <w:r>
        <w:rPr>
          <w:b/>
        </w:rPr>
        <w:t>[Puesto deseado]</w:t>
      </w:r>
    </w:p>
    <w:p>
      <w:r>
        <w:rPr>
          <w:b w:val="0"/>
        </w:rPr>
        <w:t>[Ciudad, país]   [Teléfono]   [Correo electrónico]</w:t>
      </w:r>
    </w:p>
    <w:p>
      <w:r>
        <w:rPr>
          <w:b w:val="0"/>
        </w:rPr>
        <w:t>[Enlace de LinkedIn o portafolio]</w:t>
      </w:r>
    </w:p>
    <w:p>
      <w:pPr>
        <w:pStyle w:val="Heading1"/>
      </w:pPr>
      <w:r>
        <w:t>Perfil</w:t>
      </w:r>
    </w:p>
    <w:p>
      <w:r>
        <w:rPr>
          <w:b w:val="0"/>
        </w:rPr>
        <w:t>[Ingeniero de su especialidad con X años de experiencia. Indique su ámbito técnico y un logro verificable relacionado con el puesto.]</w:t>
      </w:r>
    </w:p>
    <w:p>
      <w:pPr>
        <w:pStyle w:val="Heading1"/>
      </w:pPr>
      <w:r>
        <w:t>Competencias técnicas</w:t>
      </w:r>
    </w:p>
    <w:p>
      <w:r>
        <w:rPr>
          <w:b w:val="0"/>
        </w:rPr>
        <w:t>[Métodos y ámbitos técnicos]</w:t>
      </w:r>
    </w:p>
    <w:p>
      <w:r>
        <w:rPr>
          <w:b w:val="0"/>
        </w:rPr>
        <w:t>[Programas utilizados y nivel de dominio]</w:t>
      </w:r>
    </w:p>
    <w:p>
      <w:pPr>
        <w:pStyle w:val="Heading1"/>
      </w:pPr>
      <w:r>
        <w:t>Experiencia profesional</w:t>
      </w:r>
    </w:p>
    <w:p>
      <w:r>
        <w:rPr>
          <w:b/>
        </w:rPr>
        <w:t>[Puesto]   [Empresa, ciudad]</w:t>
      </w:r>
    </w:p>
    <w:p>
      <w:r>
        <w:rPr>
          <w:b w:val="0"/>
        </w:rPr>
        <w:t>[Mes año] a [Mes año o actualidad]</w:t>
      </w:r>
    </w:p>
    <w:p>
      <w:pPr>
        <w:pStyle w:val="ListBullet"/>
      </w:pPr>
      <w:r>
        <w:t>[Acción realizada, alcance y resultado cuantificado verificable.]</w:t>
      </w:r>
    </w:p>
    <w:p>
      <w:pPr>
        <w:pStyle w:val="ListBullet"/>
      </w:pPr>
      <w:r>
        <w:t>[Responsabilidad pertinente para el puesto deseado.]</w:t>
      </w:r>
    </w:p>
    <w:p>
      <w:pPr>
        <w:pStyle w:val="Heading1"/>
      </w:pPr>
      <w:r>
        <w:t>Proyecto destacado</w:t>
      </w:r>
    </w:p>
    <w:p>
      <w:r>
        <w:rPr>
          <w:b/>
        </w:rPr>
        <w:t>[Proyecto]   [Contexto y fechas]</w:t>
      </w:r>
    </w:p>
    <w:p>
      <w:pPr>
        <w:pStyle w:val="ListBullet"/>
      </w:pPr>
      <w:r>
        <w:t>[Problema, método, función personal y resultado medible.]</w:t>
      </w:r>
    </w:p>
    <w:p>
      <w:pPr>
        <w:pStyle w:val="Heading1"/>
      </w:pPr>
      <w:r>
        <w:t>Formación y certificaciones</w:t>
      </w:r>
    </w:p>
    <w:p>
      <w:r>
        <w:rPr>
          <w:b/>
        </w:rPr>
        <w:t>[Título]   [Centro educativo]   [Año]</w:t>
      </w:r>
    </w:p>
    <w:p>
      <w:r>
        <w:rPr>
          <w:b w:val="0"/>
        </w:rPr>
        <w:t>[Especialidad, proyecto final o certificación pertinente]</w:t>
      </w:r>
    </w:p>
    <w:p>
      <w:pPr>
        <w:pStyle w:val="Heading1"/>
      </w:pPr>
      <w:r>
        <w:t>Idiomas</w:t>
      </w:r>
    </w:p>
    <w:p>
      <w:r>
        <w:rPr>
          <w:b w:val="0"/>
        </w:rPr>
        <w:t>[Idioma y nivel]   [Idioma y nivel]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