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/>
        </w:rPr>
        <w:t>[Target job title]</w:t>
      </w:r>
    </w:p>
    <w:p>
      <w:r>
        <w:rPr>
          <w:b w:val="0"/>
        </w:rPr>
        <w:t>[City, country]   [Phone]   [Email]</w:t>
      </w:r>
    </w:p>
    <w:p>
      <w:r>
        <w:rPr>
          <w:b w:val="0"/>
        </w:rPr>
        <w:t>[LinkedIn or portfolio URL]</w:t>
      </w:r>
    </w:p>
    <w:p>
      <w:pPr>
        <w:pStyle w:val="Heading1"/>
      </w:pPr>
      <w:r>
        <w:t>Profile</w:t>
      </w:r>
    </w:p>
    <w:p>
      <w:r>
        <w:rPr>
          <w:b w:val="0"/>
        </w:rPr>
        <w:t>[Engineer in your discipline with X years of experience in your field. State your technical scope and one verifiable achievement relevant to the target role.]</w:t>
      </w:r>
    </w:p>
    <w:p>
      <w:pPr>
        <w:pStyle w:val="Heading1"/>
      </w:pPr>
      <w:r>
        <w:t>Technical skills</w:t>
      </w:r>
    </w:p>
    <w:p>
      <w:r>
        <w:rPr>
          <w:b w:val="0"/>
        </w:rPr>
        <w:t>[Technical methods and disciplines]</w:t>
      </w:r>
    </w:p>
    <w:p>
      <w:r>
        <w:rPr>
          <w:b w:val="0"/>
        </w:rPr>
        <w:t>[Software used and proficiency level]</w:t>
      </w:r>
    </w:p>
    <w:p>
      <w:pPr>
        <w:pStyle w:val="Heading1"/>
      </w:pPr>
      <w:r>
        <w:t>Work experience</w:t>
      </w:r>
    </w:p>
    <w:p>
      <w:r>
        <w:rPr>
          <w:b/>
        </w:rPr>
        <w:t>[Job title]   [Company, city]</w:t>
      </w:r>
    </w:p>
    <w:p>
      <w:r>
        <w:rPr>
          <w:b w:val="0"/>
        </w:rPr>
        <w:t>[Month year] to [Month year or present]</w:t>
      </w:r>
    </w:p>
    <w:p>
      <w:pPr>
        <w:pStyle w:val="ListBullet"/>
      </w:pPr>
      <w:r>
        <w:t>[Action taken, scope and verifiable quantified result.]</w:t>
      </w:r>
    </w:p>
    <w:p>
      <w:pPr>
        <w:pStyle w:val="ListBullet"/>
      </w:pPr>
      <w:r>
        <w:t>[Responsibility relevant to the target role.]</w:t>
      </w:r>
    </w:p>
    <w:p>
      <w:pPr>
        <w:pStyle w:val="Heading1"/>
      </w:pPr>
      <w:r>
        <w:t>Selected project</w:t>
      </w:r>
    </w:p>
    <w:p>
      <w:r>
        <w:rPr>
          <w:b/>
        </w:rPr>
        <w:t>[Project]   [Context and dates]</w:t>
      </w:r>
    </w:p>
    <w:p>
      <w:pPr>
        <w:pStyle w:val="ListBullet"/>
      </w:pPr>
      <w:r>
        <w:t>[Problem, method, your role and measurable outcome.]</w:t>
      </w:r>
    </w:p>
    <w:p>
      <w:pPr>
        <w:pStyle w:val="Heading1"/>
      </w:pPr>
      <w:r>
        <w:t>Education and certifications</w:t>
      </w:r>
    </w:p>
    <w:p>
      <w:r>
        <w:rPr>
          <w:b/>
        </w:rPr>
        <w:t>[Degree]   [Institution]   [Year]</w:t>
      </w:r>
    </w:p>
    <w:p>
      <w:r>
        <w:rPr>
          <w:b w:val="0"/>
        </w:rPr>
        <w:t>[Specialization, final project or relevant certification]</w:t>
      </w:r>
    </w:p>
    <w:p>
      <w:pPr>
        <w:pStyle w:val="Heading1"/>
      </w:pPr>
      <w:r>
        <w:t>Languages</w:t>
      </w:r>
    </w:p>
    <w:p>
      <w:r>
        <w:rPr>
          <w:b w:val="0"/>
        </w:rPr>
        <w:t>[Language and level]   [Language and level]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engineer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