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/>
        </w:rPr>
        <w:t>[Angestrebte Position]</w:t>
      </w:r>
    </w:p>
    <w:p>
      <w:r>
        <w:rPr>
          <w:b w:val="0"/>
        </w:rPr>
        <w:t>[Ort, Land]   [Telefon]   [E-Mail-Adresse]</w:t>
      </w:r>
    </w:p>
    <w:p>
      <w:r>
        <w:rPr>
          <w:b w:val="0"/>
        </w:rPr>
        <w:t>[Link zu LinkedIn oder Portfolio]</w:t>
      </w:r>
    </w:p>
    <w:p>
      <w:pPr>
        <w:pStyle w:val="Heading1"/>
      </w:pPr>
      <w:r>
        <w:t>Profil</w:t>
      </w:r>
    </w:p>
    <w:p>
      <w:r>
        <w:rPr>
          <w:b w:val="0"/>
        </w:rPr>
        <w:t>[Ingenieur Ihrer Fachrichtung mit X Jahren Berufserfahrung. Nennen Sie Ihren technischen Verantwortungsbereich und einen nachprüfbaren Erfolg für die Zielposition.]</w:t>
      </w:r>
    </w:p>
    <w:p>
      <w:pPr>
        <w:pStyle w:val="Heading1"/>
      </w:pPr>
      <w:r>
        <w:t>Technische Kompetenzen</w:t>
      </w:r>
    </w:p>
    <w:p>
      <w:r>
        <w:rPr>
          <w:b w:val="0"/>
        </w:rPr>
        <w:t>[Technische Methoden und Fachgebiete]</w:t>
      </w:r>
    </w:p>
    <w:p>
      <w:r>
        <w:rPr>
          <w:b w:val="0"/>
        </w:rPr>
        <w:t>[Verwendete Software und Kenntnisstand]</w:t>
      </w:r>
    </w:p>
    <w:p>
      <w:pPr>
        <w:pStyle w:val="Heading1"/>
      </w:pPr>
      <w:r>
        <w:t>Berufserfahrung</w:t>
      </w:r>
    </w:p>
    <w:p>
      <w:r>
        <w:rPr>
          <w:b/>
        </w:rPr>
        <w:t>[Position]   [Unternehmen, Ort]</w:t>
      </w:r>
    </w:p>
    <w:p>
      <w:r>
        <w:rPr>
          <w:b w:val="0"/>
        </w:rPr>
        <w:t>[Monat Jahr] bis [Monat Jahr oder heute]</w:t>
      </w:r>
    </w:p>
    <w:p>
      <w:pPr>
        <w:pStyle w:val="ListBullet"/>
      </w:pPr>
      <w:r>
        <w:t>[Maßnahme, Umfang und nachprüfbares quantifiziertes Ergebnis.]</w:t>
      </w:r>
    </w:p>
    <w:p>
      <w:pPr>
        <w:pStyle w:val="ListBullet"/>
      </w:pPr>
      <w:r>
        <w:t>[Für die Zielposition relevante Verantwortung.]</w:t>
      </w:r>
    </w:p>
    <w:p>
      <w:pPr>
        <w:pStyle w:val="Heading1"/>
      </w:pPr>
      <w:r>
        <w:t>Ausgewähltes Projekt</w:t>
      </w:r>
    </w:p>
    <w:p>
      <w:r>
        <w:rPr>
          <w:b/>
        </w:rPr>
        <w:t>[Projekt]   [Kontext und Zeitraum]</w:t>
      </w:r>
    </w:p>
    <w:p>
      <w:pPr>
        <w:pStyle w:val="ListBullet"/>
      </w:pPr>
      <w:r>
        <w:t>[Problem, Methode, Ihre Rolle und messbares Ergebnis.]</w:t>
      </w:r>
    </w:p>
    <w:p>
      <w:pPr>
        <w:pStyle w:val="Heading1"/>
      </w:pPr>
      <w:r>
        <w:t>Ausbildung und Zertifizierungen</w:t>
      </w:r>
    </w:p>
    <w:p>
      <w:r>
        <w:rPr>
          <w:b/>
        </w:rPr>
        <w:t>[Abschluss]   [Bildungseinrichtung]   [Jahr]</w:t>
      </w:r>
    </w:p>
    <w:p>
      <w:r>
        <w:rPr>
          <w:b w:val="0"/>
        </w:rPr>
        <w:t>[Spezialisierung, Abschlussprojekt oder relevante Zertifizierung]</w:t>
      </w:r>
    </w:p>
    <w:p>
      <w:pPr>
        <w:pStyle w:val="Heading1"/>
      </w:pPr>
      <w:r>
        <w:t>Sprachen</w:t>
      </w:r>
    </w:p>
    <w:p>
      <w:r>
        <w:rPr>
          <w:b w:val="0"/>
        </w:rPr>
        <w:t>[Sprache und Niveau]   [Sprache und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