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0"/>
      </w:pPr>
      <w:r>
        <w:rPr>
          <w:b w:val="0"/>
          <w:color w:val="B94736"/>
          <w:sz w:val="36"/>
        </w:rPr>
        <w:t>[PRÉNOM]</w:t>
      </w:r>
    </w:p>
    <w:p>
      <w:pPr>
        <w:pStyle w:val="Title"/>
        <w:widowControl/>
        <w:spacing w:after="160"/>
      </w:pPr>
      <w:r>
        <w:rPr>
          <w:b/>
          <w:color w:val="B94736"/>
          <w:sz w:val="72"/>
        </w:rPr>
        <w:t>[NOM]</w:t>
      </w:r>
    </w:p>
    <w:p>
      <w:pPr>
        <w:widowControl/>
        <w:spacing w:after="120"/>
      </w:pPr>
      <w:r>
        <w:rPr>
          <w:b/>
          <w:sz w:val="22"/>
        </w:rPr>
        <w:t>[Poste ciblé]  /  [Ville, pays]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[Téléphone] · [Adresse e-mail] · [Lien LinkedIn]</w:t>
      </w:r>
    </w:p>
    <w:p>
      <w:pPr>
        <w:pStyle w:val="Heading1"/>
        <w:widowControl/>
        <w:spacing w:after="120"/>
      </w:pPr>
      <w:r>
        <w:rPr>
          <w:b/>
        </w:rPr>
        <w:t>PROFIL PROFESSIONNEL</w:t>
      </w:r>
    </w:p>
    <w:p>
      <w:pPr>
        <w:widowControl/>
        <w:spacing w:after="120"/>
      </w:pPr>
      <w:r>
        <w:rPr>
          <w:b w:val="0"/>
        </w:rPr>
        <w:t>[Votre métier et votre spécialité. Présentez votre expérience et la valeur apportée au poste ciblé en deux phrases précises.]</w:t>
      </w:r>
    </w:p>
    <w:p>
      <w:pPr>
        <w:pStyle w:val="Heading1"/>
        <w:widowControl/>
        <w:spacing w:after="120"/>
      </w:pPr>
      <w:r>
        <w:rPr>
          <w:b/>
        </w:rPr>
        <w:t>PARCOURS PROFESSIONNEL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64"/>
        <w:gridCol w:w="9504"/>
      </w:tblGrid>
      <w:tr>
        <w:trPr>
          <w:cantSplit/>
        </w:trPr>
        <w:tc>
          <w:tcPr>
            <w:tcW w:type="dxa" w:w="86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0"/>
            </w:pPr>
            <w:r>
              <w:rPr>
                <w:b/>
                <w:color w:val="B94736"/>
                <w:sz w:val="36"/>
              </w:rPr>
              <w:t>01</w:t>
            </w:r>
          </w:p>
        </w:tc>
        <w:tc>
          <w:tcPr>
            <w:tcW w:type="dxa" w:w="950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60"/>
            </w:pPr>
            <w:r>
              <w:rPr>
                <w:b/>
                <w:color w:val="B94736"/>
                <w:sz w:val="22"/>
              </w:rPr>
              <w:t>[Intitulé du poste]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[Entreprise] · [Ville]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menée, périmètre et résultat mesurable vérifiable.]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[Responsabilité pertinente et méthode ou outil utilisé.]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64"/>
        <w:gridCol w:w="9504"/>
      </w:tblGrid>
      <w:tr>
        <w:trPr>
          <w:cantSplit/>
        </w:trPr>
        <w:tc>
          <w:tcPr>
            <w:tcW w:type="dxa" w:w="86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0"/>
            </w:pPr>
            <w:r>
              <w:rPr>
                <w:b/>
                <w:color w:val="B94736"/>
                <w:sz w:val="36"/>
              </w:rPr>
              <w:t>02</w:t>
            </w:r>
          </w:p>
        </w:tc>
        <w:tc>
          <w:tcPr>
            <w:tcW w:type="dxa" w:w="950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60"/>
            </w:pPr>
            <w:r>
              <w:rPr>
                <w:b/>
                <w:color w:val="B94736"/>
                <w:sz w:val="22"/>
              </w:rPr>
              <w:t>[Intitulé du poste]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[Entreprise] · [Ville]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menée, périmètre et résultat mesurable vérifiable.]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[Responsabilité pertinente et méthode ou outil utilisé.]</w:t>
            </w:r>
          </w:p>
        </w:tc>
      </w:tr>
    </w:tbl>
    <w:p>
      <w:pPr>
        <w:pStyle w:val="Heading1"/>
        <w:widowControl/>
        <w:spacing w:after="120"/>
      </w:pPr>
      <w:r>
        <w:rPr>
          <w:b/>
        </w:rPr>
        <w:t>FORMATION</w:t>
      </w:r>
    </w:p>
    <w:p>
      <w:pPr>
        <w:widowControl/>
        <w:spacing w:after="80"/>
      </w:pPr>
      <w:r>
        <w:rPr>
          <w:b/>
          <w:color w:val="B94736"/>
        </w:rPr>
        <w:t>[Diplôme ou certification]</w:t>
      </w:r>
    </w:p>
    <w:p>
      <w:pPr>
        <w:widowControl/>
        <w:spacing w:after="120"/>
      </w:pPr>
      <w:r>
        <w:rPr>
          <w:b w:val="0"/>
          <w:sz w:val="20"/>
        </w:rPr>
        <w:t>[Établissement] · [Année]</w:t>
      </w:r>
    </w:p>
    <w:p>
      <w:pPr>
        <w:pStyle w:val="Heading1"/>
        <w:widowControl/>
        <w:spacing w:after="120"/>
      </w:pPr>
      <w:r>
        <w:rPr>
          <w:b/>
        </w:rPr>
        <w:t>EXPERTISE ET OUTILS</w:t>
      </w:r>
    </w:p>
    <w:p>
      <w:pPr>
        <w:widowControl/>
        <w:spacing w:after="120"/>
      </w:pPr>
      <w:r>
        <w:rPr>
          <w:b w:val="0"/>
        </w:rPr>
        <w:t>[Compétence métier] · [Méthode] · [Logiciel et niveau]</w:t>
      </w:r>
    </w:p>
    <w:p>
      <w:pPr>
        <w:pStyle w:val="Heading1"/>
        <w:widowControl/>
        <w:spacing w:after="120"/>
      </w:pPr>
      <w:r>
        <w:rPr>
          <w:b/>
        </w:rPr>
        <w:t>LANGUES</w:t>
      </w:r>
    </w:p>
    <w:p>
      <w:pPr>
        <w:widowControl/>
        <w:spacing w:after="120"/>
      </w:pPr>
      <w:r>
        <w:rPr>
          <w:b w:val="0"/>
        </w:rPr>
        <w:t>[Langue et niveau] · [Langue et niveau]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B9473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editorial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