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0"/>
      </w:pPr>
      <w:r>
        <w:rPr>
          <w:b w:val="0"/>
          <w:color w:val="B94736"/>
          <w:sz w:val="36"/>
        </w:rPr>
        <w:t>[NOMBRE]</w:t>
      </w:r>
    </w:p>
    <w:p>
      <w:pPr>
        <w:pStyle w:val="Title"/>
        <w:widowControl/>
        <w:spacing w:after="160"/>
      </w:pPr>
      <w:r>
        <w:rPr>
          <w:b/>
          <w:color w:val="B94736"/>
          <w:sz w:val="72"/>
        </w:rPr>
        <w:t>[APELLIDOS]</w:t>
      </w:r>
    </w:p>
    <w:p>
      <w:pPr>
        <w:widowControl/>
        <w:spacing w:after="120"/>
      </w:pPr>
      <w:r>
        <w:rPr>
          <w:b/>
          <w:sz w:val="22"/>
        </w:rPr>
        <w:t>[Puesto deseado]  /  [Ciudad, país]</w:t>
      </w:r>
    </w:p>
    <w:p>
      <w:pPr>
        <w:widowControl/>
        <w:spacing w:after="120"/>
      </w:pPr>
      <w:r>
        <w:rPr>
          <w:b w:val="0"/>
          <w:color w:val="596675"/>
          <w:sz w:val="20"/>
        </w:rPr>
        <w:t>[Teléfono] · [Correo electrónico] · [Enlace de LinkedIn]</w:t>
      </w:r>
    </w:p>
    <w:p>
      <w:pPr>
        <w:pStyle w:val="Heading1"/>
        <w:widowControl/>
        <w:spacing w:after="120"/>
      </w:pPr>
      <w:r>
        <w:rPr>
          <w:b/>
        </w:rPr>
        <w:t>PERFIL PROFESIONAL</w:t>
      </w:r>
    </w:p>
    <w:p>
      <w:pPr>
        <w:widowControl/>
        <w:spacing w:after="120"/>
      </w:pPr>
      <w:r>
        <w:rPr>
          <w:b w:val="0"/>
        </w:rPr>
        <w:t>[Su profesión y especialidad. Describa su experiencia y su aportación al puesto deseado en dos frases precisas.]</w:t>
      </w:r>
    </w:p>
    <w:p>
      <w:pPr>
        <w:pStyle w:val="Heading1"/>
        <w:widowControl/>
        <w:spacing w:after="120"/>
      </w:pPr>
      <w:r>
        <w:rPr>
          <w:b/>
        </w:rPr>
        <w:t>TRAYECTORIA PROFESIONAL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64"/>
        <w:gridCol w:w="9504"/>
      </w:tblGrid>
      <w:tr>
        <w:trPr>
          <w:cantSplit/>
        </w:trPr>
        <w:tc>
          <w:tcPr>
            <w:tcW w:type="dxa" w:w="86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widowControl/>
              <w:spacing w:after="0"/>
            </w:pPr>
            <w:r>
              <w:rPr>
                <w:b/>
                <w:color w:val="B94736"/>
                <w:sz w:val="36"/>
              </w:rPr>
              <w:t>01</w:t>
            </w:r>
          </w:p>
        </w:tc>
        <w:tc>
          <w:tcPr>
            <w:tcW w:type="dxa" w:w="950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widowControl/>
              <w:spacing w:after="60"/>
            </w:pPr>
            <w:r>
              <w:rPr>
                <w:b/>
                <w:color w:val="B94736"/>
                <w:sz w:val="22"/>
              </w:rPr>
              <w:t>[Puesto]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[Empresa] · [Ciudad] | [Fechas]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[Acción realizada, alcance y resultado medible verificable.]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[Responsabilidad pertinente y método o herramienta utilizada.]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64"/>
        <w:gridCol w:w="9504"/>
      </w:tblGrid>
      <w:tr>
        <w:trPr>
          <w:cantSplit/>
        </w:trPr>
        <w:tc>
          <w:tcPr>
            <w:tcW w:type="dxa" w:w="86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widowControl/>
              <w:spacing w:after="0"/>
            </w:pPr>
            <w:r>
              <w:rPr>
                <w:b/>
                <w:color w:val="B94736"/>
                <w:sz w:val="36"/>
              </w:rPr>
              <w:t>02</w:t>
            </w:r>
          </w:p>
        </w:tc>
        <w:tc>
          <w:tcPr>
            <w:tcW w:type="dxa" w:w="950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widowControl/>
              <w:spacing w:after="60"/>
            </w:pPr>
            <w:r>
              <w:rPr>
                <w:b/>
                <w:color w:val="B94736"/>
                <w:sz w:val="22"/>
              </w:rPr>
              <w:t>[Puesto]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[Empresa] · [Ciudad] | [Fechas]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[Acción realizada, alcance y resultado medible verificable.]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[Responsabilidad pertinente y método o herramienta utilizada.]</w:t>
            </w:r>
          </w:p>
        </w:tc>
      </w:tr>
    </w:tbl>
    <w:p>
      <w:pPr>
        <w:pStyle w:val="Heading1"/>
        <w:widowControl/>
        <w:spacing w:after="120"/>
      </w:pPr>
      <w:r>
        <w:rPr>
          <w:b/>
        </w:rPr>
        <w:t>FORMACIÓN</w:t>
      </w:r>
    </w:p>
    <w:p>
      <w:pPr>
        <w:widowControl/>
        <w:spacing w:after="80"/>
      </w:pPr>
      <w:r>
        <w:rPr>
          <w:b/>
          <w:color w:val="B94736"/>
        </w:rPr>
        <w:t>[Título o certificación]</w:t>
      </w:r>
    </w:p>
    <w:p>
      <w:pPr>
        <w:widowControl/>
        <w:spacing w:after="120"/>
      </w:pPr>
      <w:r>
        <w:rPr>
          <w:b w:val="0"/>
          <w:sz w:val="20"/>
        </w:rPr>
        <w:t>[Centro educativo] · [Año]</w:t>
      </w:r>
    </w:p>
    <w:p>
      <w:pPr>
        <w:pStyle w:val="Heading1"/>
        <w:widowControl/>
        <w:spacing w:after="120"/>
      </w:pPr>
      <w:r>
        <w:rPr>
          <w:b/>
        </w:rPr>
        <w:t>ESPECIALIDADES Y HERRAMIENTAS</w:t>
      </w:r>
    </w:p>
    <w:p>
      <w:pPr>
        <w:widowControl/>
        <w:spacing w:after="120"/>
      </w:pPr>
      <w:r>
        <w:rPr>
          <w:b w:val="0"/>
        </w:rPr>
        <w:t>[Competencia profesional] · [Método] · [Programa y nivel]</w:t>
      </w:r>
    </w:p>
    <w:p>
      <w:pPr>
        <w:pStyle w:val="Heading1"/>
        <w:widowControl/>
        <w:spacing w:after="120"/>
      </w:pPr>
      <w:r>
        <w:rPr>
          <w:b/>
        </w:rPr>
        <w:t>IDIOMAS</w:t>
      </w:r>
    </w:p>
    <w:p>
      <w:pPr>
        <w:widowControl/>
        <w:spacing w:after="120"/>
      </w:pPr>
      <w:r>
        <w:rPr>
          <w:b w:val="0"/>
        </w:rPr>
        <w:t>[Idioma y nivel] · [Idioma y nivel]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2836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B94736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8364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Calibri" w:hAnsi="Calibri"/>
      <w:b/>
      <w:color w:val="28364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Calibri" w:hAnsi="Calibri"/>
      <w:i/>
      <w:iCs/>
      <w:color w:val="283645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Calibri" w:hAnsi="Calibri"/>
      <w:color w:val="283645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currículum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