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spacing w:after="0"/>
      </w:pPr>
      <w:r>
        <w:rPr>
          <w:b w:val="0"/>
          <w:color w:val="B94736"/>
          <w:sz w:val="36"/>
        </w:rPr>
        <w:t>[FIRST NAME]</w:t>
      </w:r>
    </w:p>
    <w:p>
      <w:pPr>
        <w:pStyle w:val="Title"/>
        <w:widowControl/>
        <w:spacing w:after="160"/>
      </w:pPr>
      <w:r>
        <w:rPr>
          <w:b/>
          <w:color w:val="B94736"/>
          <w:sz w:val="72"/>
        </w:rPr>
        <w:t>[LAST NAME]</w:t>
      </w:r>
    </w:p>
    <w:p>
      <w:pPr>
        <w:widowControl/>
        <w:spacing w:after="120"/>
      </w:pPr>
      <w:r>
        <w:rPr>
          <w:b/>
          <w:sz w:val="22"/>
        </w:rPr>
        <w:t>[Target role]  /  [City, country]</w:t>
      </w:r>
    </w:p>
    <w:p>
      <w:pPr>
        <w:widowControl/>
        <w:spacing w:after="120"/>
      </w:pPr>
      <w:r>
        <w:rPr>
          <w:b w:val="0"/>
          <w:color w:val="596675"/>
          <w:sz w:val="20"/>
        </w:rPr>
        <w:t>[Phone] · [Email address] · [LinkedIn URL]</w:t>
      </w:r>
    </w:p>
    <w:p>
      <w:pPr>
        <w:pStyle w:val="Heading1"/>
        <w:widowControl/>
        <w:spacing w:after="120"/>
      </w:pPr>
      <w:r>
        <w:rPr>
          <w:b/>
        </w:rPr>
        <w:t>PROFESSIONAL PROFILE</w:t>
      </w:r>
    </w:p>
    <w:p>
      <w:pPr>
        <w:widowControl/>
        <w:spacing w:after="120"/>
      </w:pPr>
      <w:r>
        <w:rPr>
          <w:b w:val="0"/>
        </w:rPr>
        <w:t>[Your profession and specialty. Describe your experience and value for the target role in two precise sentences.]</w:t>
      </w:r>
    </w:p>
    <w:p>
      <w:pPr>
        <w:pStyle w:val="Heading1"/>
        <w:widowControl/>
        <w:spacing w:after="120"/>
      </w:pPr>
      <w:r>
        <w:rPr>
          <w:b/>
        </w:rPr>
        <w:t>CAREER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01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</w:tc>
      </w:tr>
    </w:tbl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64"/>
        <w:gridCol w:w="9504"/>
      </w:tblGrid>
      <w:tr>
        <w:trPr>
          <w:cantSplit/>
        </w:trPr>
        <w:tc>
          <w:tcPr>
            <w:tcW w:type="dxa" w:w="86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0"/>
            </w:pPr>
            <w:r>
              <w:rPr>
                <w:b/>
                <w:color w:val="B94736"/>
                <w:sz w:val="36"/>
              </w:rPr>
              <w:t>02</w:t>
            </w:r>
          </w:p>
        </w:tc>
        <w:tc>
          <w:tcPr>
            <w:tcW w:type="dxa" w:w="9504"/>
            <w:vAlign w:val="top"/>
            <w:tcMar>
              <w:top w:w="160" w:type="dxa"/>
              <w:left w:w="160" w:type="dxa"/>
              <w:bottom w:w="160" w:type="dxa"/>
              <w:right w:w="160" w:type="dxa"/>
            </w:tcMar>
          </w:tcPr>
          <w:p>
            <w:pPr>
              <w:widowControl/>
              <w:spacing w:after="60"/>
            </w:pPr>
            <w:r>
              <w:rPr>
                <w:b/>
                <w:color w:val="B94736"/>
                <w:sz w:val="22"/>
              </w:rPr>
              <w:t>[Job title]</w:t>
            </w:r>
          </w:p>
          <w:p>
            <w:pPr>
              <w:widowControl/>
              <w:spacing w:after="100"/>
            </w:pPr>
            <w:r>
              <w:rPr>
                <w:b w:val="0"/>
                <w:color w:val="596675"/>
                <w:sz w:val="19"/>
              </w:rPr>
              <w:t>[Company] · [City] | [Dates]</w:t>
            </w:r>
          </w:p>
          <w:p>
            <w:pPr>
              <w:widowControl/>
              <w:spacing w:after="80"/>
            </w:pPr>
            <w:r>
              <w:rPr>
                <w:b w:val="0"/>
              </w:rPr>
              <w:t>• [Action taken, scope and verifiable measurable outcome.]</w:t>
            </w:r>
          </w:p>
          <w:p>
            <w:pPr>
              <w:widowControl/>
              <w:spacing w:after="200"/>
            </w:pPr>
            <w:r>
              <w:rPr>
                <w:b w:val="0"/>
              </w:rPr>
              <w:t>• [Relevant responsibility and method or tool used.]</w:t>
            </w:r>
          </w:p>
        </w:tc>
      </w:tr>
    </w:tbl>
    <w:p>
      <w:pPr>
        <w:pStyle w:val="Heading1"/>
        <w:widowControl/>
        <w:spacing w:after="120"/>
      </w:pPr>
      <w:r>
        <w:rPr>
          <w:b/>
        </w:rPr>
        <w:t>EDUCATION</w:t>
      </w:r>
    </w:p>
    <w:p>
      <w:pPr>
        <w:widowControl/>
        <w:spacing w:after="80"/>
      </w:pPr>
      <w:r>
        <w:rPr>
          <w:b/>
          <w:color w:val="B94736"/>
        </w:rPr>
        <w:t>[Degree or certification]</w:t>
      </w:r>
    </w:p>
    <w:p>
      <w:pPr>
        <w:widowControl/>
        <w:spacing w:after="120"/>
      </w:pPr>
      <w:r>
        <w:rPr>
          <w:b w:val="0"/>
          <w:sz w:val="20"/>
        </w:rPr>
        <w:t>[Institution] · [Year]</w:t>
      </w:r>
    </w:p>
    <w:p>
      <w:pPr>
        <w:pStyle w:val="Heading1"/>
        <w:widowControl/>
        <w:spacing w:after="120"/>
      </w:pPr>
      <w:r>
        <w:rPr>
          <w:b/>
        </w:rPr>
        <w:t>EXPERTISE AND TOOLS</w:t>
      </w:r>
    </w:p>
    <w:p>
      <w:pPr>
        <w:widowControl/>
        <w:spacing w:after="120"/>
      </w:pPr>
      <w:r>
        <w:rPr>
          <w:b w:val="0"/>
        </w:rPr>
        <w:t>[Professional skill] · [Method] · [Software and level]</w:t>
      </w:r>
    </w:p>
    <w:p>
      <w:pPr>
        <w:pStyle w:val="Heading1"/>
        <w:widowControl/>
        <w:spacing w:after="120"/>
      </w:pPr>
      <w:r>
        <w:rPr>
          <w:b/>
        </w:rPr>
        <w:t>LANGUAGES</w:t>
      </w:r>
    </w:p>
    <w:p>
      <w:pPr>
        <w:widowControl/>
        <w:spacing w:after="120"/>
      </w:pPr>
      <w:r>
        <w:rPr>
          <w:b w:val="0"/>
        </w:rPr>
        <w:t>[Language and level] · [Language and level]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Calibri" w:hAnsi="Calibri"/>
      <w:color w:val="283645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B94736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283645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9" w:lineRule="auto"/>
      <w:contextualSpacing/>
    </w:pPr>
    <w:rPr>
      <w:rFonts w:asciiTheme="majorHAnsi" w:eastAsiaTheme="majorEastAsia" w:hAnsiTheme="majorHAnsi" w:cstheme="majorBidi" w:ascii="Calibri" w:hAnsi="Calibri"/>
      <w:b/>
      <w:color w:val="283645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line="269" w:lineRule="auto"/>
    </w:pPr>
    <w:rPr>
      <w:rFonts w:asciiTheme="majorHAnsi" w:eastAsiaTheme="majorEastAsia" w:hAnsiTheme="majorHAnsi" w:cstheme="majorBidi" w:ascii="Calibri" w:hAnsi="Calibri"/>
      <w:i/>
      <w:iCs/>
      <w:color w:val="283645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0" w:line="269" w:lineRule="auto"/>
      <w:contextualSpacing/>
    </w:pPr>
    <w:rPr>
      <w:rFonts w:ascii="Calibri" w:hAnsi="Calibri"/>
      <w:color w:val="283645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resume template editorial</dc:title>
  <dc:subject/>
  <dc:creator>Toolnoza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