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0"/>
      </w:pPr>
      <w:r>
        <w:rPr>
          <w:b w:val="0"/>
          <w:color w:val="B94736"/>
          <w:sz w:val="36"/>
        </w:rPr>
        <w:t>[VORNAME]</w:t>
      </w:r>
    </w:p>
    <w:p>
      <w:pPr>
        <w:pStyle w:val="Title"/>
        <w:widowControl/>
        <w:spacing w:after="160"/>
      </w:pPr>
      <w:r>
        <w:rPr>
          <w:b/>
          <w:color w:val="B94736"/>
          <w:sz w:val="72"/>
        </w:rPr>
        <w:t>[NACHNAME]</w:t>
      </w:r>
    </w:p>
    <w:p>
      <w:pPr>
        <w:widowControl/>
        <w:spacing w:after="120"/>
      </w:pPr>
      <w:r>
        <w:rPr>
          <w:b/>
          <w:sz w:val="22"/>
        </w:rPr>
        <w:t>[Angestrebte Position]  /  [Ort, Land]</w:t>
      </w:r>
    </w:p>
    <w:p>
      <w:pPr>
        <w:widowControl/>
        <w:spacing w:after="120"/>
      </w:pPr>
      <w:r>
        <w:rPr>
          <w:b w:val="0"/>
          <w:color w:val="596675"/>
          <w:sz w:val="20"/>
        </w:rPr>
        <w:t>[Telefon] · [E-Mail-Adresse] · [LinkedIn-Link]</w:t>
      </w:r>
    </w:p>
    <w:p>
      <w:pPr>
        <w:pStyle w:val="Heading1"/>
        <w:widowControl/>
        <w:spacing w:after="120"/>
      </w:pPr>
      <w:r>
        <w:rPr>
          <w:b/>
        </w:rPr>
        <w:t>BERUFLICHES PROFIL</w:t>
      </w:r>
    </w:p>
    <w:p>
      <w:pPr>
        <w:widowControl/>
        <w:spacing w:after="120"/>
      </w:pPr>
      <w:r>
        <w:rPr>
          <w:b w:val="0"/>
        </w:rPr>
        <w:t>[Ihr Beruf und Ihr Fachgebiet. Beschreiben Sie Ihre Erfahrung und Ihren Mehrwert für die Zielposition in zwei präzisen Sätzen.]</w:t>
      </w:r>
    </w:p>
    <w:p>
      <w:pPr>
        <w:pStyle w:val="Heading1"/>
        <w:widowControl/>
        <w:spacing w:after="120"/>
      </w:pPr>
      <w:r>
        <w:rPr>
          <w:b/>
        </w:rPr>
        <w:t>BERUFLICHER WERDEGANG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64"/>
        <w:gridCol w:w="9504"/>
      </w:tblGrid>
      <w:tr>
        <w:trPr>
          <w:cantSplit/>
        </w:trPr>
        <w:tc>
          <w:tcPr>
            <w:tcW w:type="dxa" w:w="86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widowControl/>
              <w:spacing w:after="0"/>
            </w:pPr>
            <w:r>
              <w:rPr>
                <w:b/>
                <w:color w:val="B94736"/>
                <w:sz w:val="36"/>
              </w:rPr>
              <w:t>01</w:t>
            </w:r>
          </w:p>
        </w:tc>
        <w:tc>
          <w:tcPr>
            <w:tcW w:type="dxa" w:w="950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widowControl/>
              <w:spacing w:after="60"/>
            </w:pPr>
            <w:r>
              <w:rPr>
                <w:b/>
                <w:color w:val="B94736"/>
                <w:sz w:val="22"/>
              </w:rPr>
              <w:t>[Position]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[Unternehmen] · [Ort] | [Zeitraum]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[Maßnahme, Umfang und nachprüfbares messbares Ergebnis.]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[Relevante Verantwortung sowie verwendete Methode oder verwendetes Tool.]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64"/>
        <w:gridCol w:w="9504"/>
      </w:tblGrid>
      <w:tr>
        <w:trPr>
          <w:cantSplit/>
        </w:trPr>
        <w:tc>
          <w:tcPr>
            <w:tcW w:type="dxa" w:w="86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widowControl/>
              <w:spacing w:after="0"/>
            </w:pPr>
            <w:r>
              <w:rPr>
                <w:b/>
                <w:color w:val="B94736"/>
                <w:sz w:val="36"/>
              </w:rPr>
              <w:t>02</w:t>
            </w:r>
          </w:p>
        </w:tc>
        <w:tc>
          <w:tcPr>
            <w:tcW w:type="dxa" w:w="950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widowControl/>
              <w:spacing w:after="60"/>
            </w:pPr>
            <w:r>
              <w:rPr>
                <w:b/>
                <w:color w:val="B94736"/>
                <w:sz w:val="22"/>
              </w:rPr>
              <w:t>[Position]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[Unternehmen] · [Ort] | [Zeitraum]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[Maßnahme, Umfang und nachprüfbares messbares Ergebnis.]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[Relevante Verantwortung sowie verwendete Methode oder verwendetes Tool.]</w:t>
            </w:r>
          </w:p>
        </w:tc>
      </w:tr>
    </w:tbl>
    <w:p>
      <w:pPr>
        <w:pStyle w:val="Heading1"/>
        <w:widowControl/>
        <w:spacing w:after="120"/>
      </w:pPr>
      <w:r>
        <w:rPr>
          <w:b/>
        </w:rPr>
        <w:t>AUSBILDUNG</w:t>
      </w:r>
    </w:p>
    <w:p>
      <w:pPr>
        <w:widowControl/>
        <w:spacing w:after="80"/>
      </w:pPr>
      <w:r>
        <w:rPr>
          <w:b/>
          <w:color w:val="B94736"/>
        </w:rPr>
        <w:t>[Abschluss oder Zertifizierung]</w:t>
      </w:r>
    </w:p>
    <w:p>
      <w:pPr>
        <w:widowControl/>
        <w:spacing w:after="120"/>
      </w:pPr>
      <w:r>
        <w:rPr>
          <w:b w:val="0"/>
          <w:sz w:val="20"/>
        </w:rPr>
        <w:t>[Bildungseinrichtung] · [Jahr]</w:t>
      </w:r>
    </w:p>
    <w:p>
      <w:pPr>
        <w:pStyle w:val="Heading1"/>
        <w:widowControl/>
        <w:spacing w:after="120"/>
      </w:pPr>
      <w:r>
        <w:rPr>
          <w:b/>
        </w:rPr>
        <w:t>FACHKENNTNISSE UND TOOLS</w:t>
      </w:r>
    </w:p>
    <w:p>
      <w:pPr>
        <w:widowControl/>
        <w:spacing w:after="120"/>
      </w:pPr>
      <w:r>
        <w:rPr>
          <w:b w:val="0"/>
        </w:rPr>
        <w:t>[Berufliche Kompetenz] · [Methode] · [Software und Kenntnisstand]</w:t>
      </w:r>
    </w:p>
    <w:p>
      <w:pPr>
        <w:pStyle w:val="Heading1"/>
        <w:widowControl/>
        <w:spacing w:after="120"/>
      </w:pPr>
      <w:r>
        <w:rPr>
          <w:b/>
        </w:rPr>
        <w:t>SPRACHEN</w:t>
      </w:r>
    </w:p>
    <w:p>
      <w:pPr>
        <w:widowControl/>
        <w:spacing w:after="120"/>
      </w:pPr>
      <w:r>
        <w:rPr>
          <w:b w:val="0"/>
        </w:rPr>
        <w:t>[Sprache und Niveau] · [Sprache und Niveau]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2836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B94736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8364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Calibri" w:hAnsi="Calibri"/>
      <w:b/>
      <w:color w:val="28364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Calibri" w:hAnsi="Calibri"/>
      <w:i/>
      <w:iCs/>
      <w:color w:val="283645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Calibri" w:hAnsi="Calibri"/>
      <w:color w:val="283645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Lebenslaufvorlage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</dc:language>
</cp:coreProperties>
</file>