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 w:val="0"/>
        </w:rPr>
        <w:t>[Adresse] · [Ville, code postal]</w:t>
      </w:r>
    </w:p>
    <w:p>
      <w:pPr>
        <w:spacing w:after="480"/>
      </w:pPr>
      <w:r>
        <w:rPr>
          <w:b w:val="0"/>
        </w:rPr>
        <w:t>[Téléphone] · [Adresse e-mail]</w:t>
      </w:r>
    </w:p>
    <w:p>
      <w:pPr>
        <w:spacing w:after="60"/>
      </w:pPr>
      <w:r>
        <w:rPr>
          <w:b w:val="0"/>
        </w:rPr>
        <w:t>[Nom du destinataire / Service recrutement]</w:t>
      </w:r>
    </w:p>
    <w:p>
      <w:pPr>
        <w:spacing w:after="60"/>
      </w:pPr>
      <w:r>
        <w:rPr>
          <w:b w:val="0"/>
        </w:rPr>
        <w:t>[Entreprise]</w:t>
      </w:r>
    </w:p>
    <w:p>
      <w:pPr>
        <w:spacing w:after="60"/>
      </w:pPr>
      <w:r>
        <w:rPr>
          <w:b w:val="0"/>
        </w:rPr>
        <w:t>[Adresse de l’entreprise]</w:t>
      </w:r>
    </w:p>
    <w:p>
      <w:pPr>
        <w:spacing w:before="240" w:after="440"/>
        <w:jc w:val="right"/>
      </w:pPr>
      <w:r>
        <w:rPr>
          <w:b w:val="0"/>
        </w:rPr>
        <w:t>[Ville], le [date]</w:t>
      </w:r>
    </w:p>
    <w:p>
      <w:r>
        <w:rPr>
          <w:b/>
          <w:color w:val="563483"/>
        </w:rPr>
        <w:t>Objet : Candidature à un stage de [intitulé] – [référence]</w:t>
      </w:r>
    </w:p>
    <w:p>
      <w:r>
        <w:rPr>
          <w:b w:val="0"/>
        </w:rPr>
        <w:t>Madame, Monsieur,</w:t>
      </w:r>
    </w:p>
    <w:p>
      <w:r>
        <w:rPr>
          <w:b w:val="0"/>
        </w:rPr>
        <w:t>Actuellement [étudiant(e) en formation] à [établissement], je souhaite rejoindre [entreprise] dans le cadre d’un [stage / premier emploi] de [durée / date de début]. Votre activité en [domaine précis] m’intéresse particulièrement pour [raison liée à votre projet].</w:t>
      </w:r>
    </w:p>
    <w:p>
      <w:r>
        <w:rPr>
          <w:b w:val="0"/>
        </w:rPr>
        <w:t>Lors de [projet académique, stage ou activité], j’ai [action personnelle] en utilisant [outil ou méthode]. Cette expérience m’a permis de développer [compétence pertinente] et d’obtenir [résultat réel ou livrable].</w:t>
      </w:r>
    </w:p>
    <w:p>
      <w:r>
        <w:rPr>
          <w:b w:val="0"/>
        </w:rPr>
        <w:t>Je souhaite mettre [compétences pertinentes] au service de [objectif de l’entreprise]. [Ajoutez un exemple concret de contribution possible, adapté à l’offre et à votre expérience réelle.]</w:t>
      </w:r>
    </w:p>
    <w:p>
      <w:r>
        <w:rPr>
          <w:b w:val="0"/>
        </w:rPr>
        <w:t>Je serais heureux(se) d’échanger avec vous sur ma candidature. Je suis disponible [date / modalités] pour un entretien et vous remercie de l’attention portée à ma demande.</w:t>
      </w:r>
    </w:p>
    <w:p>
      <w:r>
        <w:rPr>
          <w:b w:val="0"/>
        </w:rPr>
        <w:t>Je vous prie d’agréer, Madame, Monsieur, l’expression de mes salutations distinguées.</w:t>
      </w:r>
    </w:p>
    <w:p>
      <w:r>
        <w:rPr>
          <w:b/>
        </w:rPr>
        <w:t>[Prénom Nom]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56348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student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