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 w:val="0"/>
        </w:rPr>
        <w:t>[Dirección] · [Ciudad, código postal]</w:t>
      </w:r>
    </w:p>
    <w:p>
      <w:pPr>
        <w:spacing w:after="480"/>
      </w:pPr>
      <w:r>
        <w:rPr>
          <w:b w:val="0"/>
        </w:rPr>
        <w:t>[Teléfono] · [Correo electrónico]</w:t>
      </w:r>
    </w:p>
    <w:p>
      <w:pPr>
        <w:spacing w:after="60"/>
      </w:pPr>
      <w:r>
        <w:rPr>
          <w:b w:val="0"/>
        </w:rPr>
        <w:t>[Nombre del destinatario / Equipo de selección]</w:t>
      </w:r>
    </w:p>
    <w:p>
      <w:pPr>
        <w:spacing w:after="60"/>
      </w:pPr>
      <w:r>
        <w:rPr>
          <w:b w:val="0"/>
        </w:rPr>
        <w:t>[Empresa]</w:t>
      </w:r>
    </w:p>
    <w:p>
      <w:pPr>
        <w:spacing w:after="60"/>
      </w:pPr>
      <w:r>
        <w:rPr>
          <w:b w:val="0"/>
        </w:rPr>
        <w:t>[Dirección de la empresa]</w:t>
      </w:r>
    </w:p>
    <w:p>
      <w:pPr>
        <w:spacing w:before="240" w:after="440"/>
        <w:jc w:val="right"/>
      </w:pPr>
      <w:r>
        <w:rPr>
          <w:b w:val="0"/>
        </w:rPr>
        <w:t>[Ciudad], [fecha]</w:t>
      </w:r>
    </w:p>
    <w:p>
      <w:r>
        <w:rPr>
          <w:b/>
          <w:color w:val="563483"/>
        </w:rPr>
        <w:t>Asunto: Solicitud de prácticas de [puesto] – [referencia]</w:t>
      </w:r>
    </w:p>
    <w:p>
      <w:r>
        <w:rPr>
          <w:b w:val="0"/>
        </w:rPr>
        <w:t>Estimado/a [nombre del destinatario / responsable de selección]:</w:t>
      </w:r>
    </w:p>
    <w:p>
      <w:r>
        <w:rPr>
          <w:b w:val="0"/>
        </w:rPr>
        <w:t>Actualmente estudio [especialidad] en [centro educativo] y deseo incorporarme a [empresa] para [prácticas / primer empleo] a partir de [fecha]. Su actividad en [ámbito concreto] me interesa porque [razón relacionada con su objetivo profesional].</w:t>
      </w:r>
    </w:p>
    <w:p>
      <w:r>
        <w:rPr>
          <w:b w:val="0"/>
        </w:rPr>
        <w:t>Durante [proyecto académico, prácticas o actividad], realicé [aportación personal] utilizando [herramienta o método]. Esta experiencia me permitió desarrollar [competencia pertinente] y obtener [resultado real o entregable].</w:t>
      </w:r>
    </w:p>
    <w:p>
      <w:r>
        <w:rPr>
          <w:b w:val="0"/>
        </w:rPr>
        <w:t>Deseo aportar mis [competencias pertinentes] a [objetivo de la empresa]. [Añada un ejemplo concreto de su posible contribución, adaptado al puesto y a su experiencia real.]</w:t>
      </w:r>
    </w:p>
    <w:p>
      <w:r>
        <w:rPr>
          <w:b w:val="0"/>
        </w:rPr>
        <w:t>Me gustaría conversar con ustedes sobre mi candidatura. Estoy disponible [fecha / condiciones] para una entrevista. Les agradezco su tiempo y consideración.</w:t>
      </w:r>
    </w:p>
    <w:p>
      <w:r>
        <w:rPr>
          <w:b w:val="0"/>
        </w:rPr>
        <w:t>Atentamente,</w:t>
      </w:r>
    </w:p>
    <w:p>
      <w:r>
        <w:rPr>
          <w:b/>
        </w:rPr>
        <w:t>[Nombre Apellidos]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56348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