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[FIRST NAME LAST NAME]</w:t>
      </w:r>
    </w:p>
    <w:p>
      <w:r>
        <w:rPr>
          <w:b w:val="0"/>
        </w:rPr>
        <w:t>[Address] · [City, postal code]</w:t>
      </w:r>
    </w:p>
    <w:p>
      <w:pPr>
        <w:spacing w:after="480"/>
      </w:pPr>
      <w:r>
        <w:rPr>
          <w:b w:val="0"/>
        </w:rPr>
        <w:t>[Phone] · [Email]</w:t>
      </w:r>
    </w:p>
    <w:p>
      <w:pPr>
        <w:spacing w:after="60"/>
      </w:pPr>
      <w:r>
        <w:rPr>
          <w:b w:val="0"/>
        </w:rPr>
        <w:t>[Recipient name / Recruitment team]</w:t>
      </w:r>
    </w:p>
    <w:p>
      <w:pPr>
        <w:spacing w:after="60"/>
      </w:pPr>
      <w:r>
        <w:rPr>
          <w:b w:val="0"/>
        </w:rPr>
        <w:t>[Company]</w:t>
      </w:r>
    </w:p>
    <w:p>
      <w:pPr>
        <w:spacing w:after="60"/>
      </w:pPr>
      <w:r>
        <w:rPr>
          <w:b w:val="0"/>
        </w:rPr>
        <w:t>[Company address]</w:t>
      </w:r>
    </w:p>
    <w:p>
      <w:pPr>
        <w:spacing w:before="240" w:after="440"/>
        <w:jc w:val="right"/>
      </w:pPr>
      <w:r>
        <w:rPr>
          <w:b w:val="0"/>
        </w:rPr>
        <w:t>[City], [date]</w:t>
      </w:r>
    </w:p>
    <w:p>
      <w:r>
        <w:rPr>
          <w:b/>
          <w:color w:val="563483"/>
        </w:rPr>
        <w:t>Re: Application for [internship title] – [reference]</w:t>
      </w:r>
    </w:p>
    <w:p>
      <w:r>
        <w:rPr>
          <w:b w:val="0"/>
        </w:rPr>
        <w:t>Dear [recipient name / hiring manager],</w:t>
      </w:r>
    </w:p>
    <w:p>
      <w:r>
        <w:rPr>
          <w:b w:val="0"/>
        </w:rPr>
        <w:t>I am currently studying [subject] at [institution] and would like to join [company] for an [internship / entry-level role] starting [date]. Your work in [specific area] interests me because [reason connected to your career goal].</w:t>
      </w:r>
    </w:p>
    <w:p>
      <w:r>
        <w:rPr>
          <w:b w:val="0"/>
        </w:rPr>
        <w:t>During [academic project, internship or activity], I [your contribution] using [tool or method]. This experience developed my [relevant skill] and produced [real outcome or deliverable].</w:t>
      </w:r>
    </w:p>
    <w:p>
      <w:r>
        <w:rPr>
          <w:b w:val="0"/>
        </w:rPr>
        <w:t>I would like to contribute my [relevant skills] to [company objective]. [Add a concrete example of how you could contribute, based on the role and your actual experience.]</w:t>
      </w:r>
    </w:p>
    <w:p>
      <w:r>
        <w:rPr>
          <w:b w:val="0"/>
        </w:rPr>
        <w:t>I would welcome the opportunity to discuss my application. I am available [date / arrangements] for an interview. Thank you for considering my application.</w:t>
      </w:r>
    </w:p>
    <w:p>
      <w:r>
        <w:rPr>
          <w:b w:val="0"/>
        </w:rPr>
        <w:t>Yours sincerely,</w:t>
      </w:r>
    </w:p>
    <w:p>
      <w:r>
        <w:rPr>
          <w:b/>
        </w:rPr>
        <w:t>[First name Last name]</w:t>
      </w:r>
    </w:p>
    <w:sectPr w:rsidR="00FC693F" w:rsidRPr="0006063C" w:rsidSect="00034616">
      <w:pgSz w:w="11909" w:h="16834"/>
      <w:pgMar w:top="1008" w:right="1224" w:bottom="1008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200"/>
    </w:pPr>
    <w:rPr>
      <w:rFonts w:ascii="Arial" w:hAnsi="Arial"/>
      <w:color w:val="243B5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56348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student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