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[VORNAME NACHNAME]</w:t>
      </w:r>
    </w:p>
    <w:p>
      <w:r>
        <w:rPr>
          <w:b w:val="0"/>
        </w:rPr>
        <w:t>[Adresse] · [Ort, Postleitzahl]</w:t>
      </w:r>
    </w:p>
    <w:p>
      <w:pPr>
        <w:spacing w:after="480"/>
      </w:pPr>
      <w:r>
        <w:rPr>
          <w:b w:val="0"/>
        </w:rPr>
        <w:t>[Telefon] · [E-Mail-Adresse]</w:t>
      </w:r>
    </w:p>
    <w:p>
      <w:pPr>
        <w:spacing w:after="60"/>
      </w:pPr>
      <w:r>
        <w:rPr>
          <w:b w:val="0"/>
        </w:rPr>
        <w:t>[Name der Kontaktperson / Personalabteilung]</w:t>
      </w:r>
    </w:p>
    <w:p>
      <w:pPr>
        <w:spacing w:after="60"/>
      </w:pPr>
      <w:r>
        <w:rPr>
          <w:b w:val="0"/>
        </w:rPr>
        <w:t>[Unternehmen]</w:t>
      </w:r>
    </w:p>
    <w:p>
      <w:pPr>
        <w:spacing w:after="60"/>
      </w:pPr>
      <w:r>
        <w:rPr>
          <w:b w:val="0"/>
        </w:rPr>
        <w:t>[Firmenadresse]</w:t>
      </w:r>
    </w:p>
    <w:p>
      <w:pPr>
        <w:spacing w:before="240" w:after="440"/>
        <w:jc w:val="right"/>
      </w:pPr>
      <w:r>
        <w:rPr>
          <w:b w:val="0"/>
        </w:rPr>
        <w:t>[Ort], [Datum]</w:t>
      </w:r>
    </w:p>
    <w:p>
      <w:r>
        <w:rPr>
          <w:b/>
          <w:color w:val="563483"/>
        </w:rPr>
        <w:t>Bewerbung um ein Praktikum als [Position] – [Referenz]</w:t>
      </w:r>
    </w:p>
    <w:p>
      <w:r>
        <w:rPr>
          <w:b w:val="0"/>
        </w:rPr>
        <w:t>Sehr geehrte/r [Name der Kontaktperson],</w:t>
      </w:r>
    </w:p>
    <w:p>
      <w:r>
        <w:rPr>
          <w:b w:val="0"/>
        </w:rPr>
        <w:t>Derzeit studiere ich [Studienfach] an [Bildungseinrichtung] und möchte bei [Unternehmen] ab [Datum] ein [Praktikum / Einstiegsposition] antreten. Ihre Tätigkeit in [konkreter Bereich] interessiert mich aufgrund von [Bezug zu Ihrem Berufsziel].</w:t>
      </w:r>
    </w:p>
    <w:p>
      <w:r>
        <w:rPr>
          <w:b w:val="0"/>
        </w:rPr>
        <w:t>Im Rahmen von [Studienprojekt, Praktikum oder Tätigkeit] leistete ich [persönlicher Beitrag] mit [Tool oder Methode]. Dabei entwickelte ich [relevante Kompetenz] und erzielte [tatsächliches Ergebnis oder Arbeitsergebnis].</w:t>
      </w:r>
    </w:p>
    <w:p>
      <w:r>
        <w:rPr>
          <w:b w:val="0"/>
        </w:rPr>
        <w:t>Meine [relevanten Kompetenzen] möchte ich für [Unternehmensziel] einsetzen. [Ergänzen Sie ein konkretes Beispiel für Ihren möglichen Beitrag, passend zur Stelle und Ihrer tatsächlichen Erfahrung.]</w:t>
      </w:r>
    </w:p>
    <w:p>
      <w:r>
        <w:rPr>
          <w:b w:val="0"/>
        </w:rPr>
        <w:t>Gerne erläutere ich Ihnen meine Bewerbung in einem persönlichen Gespräch. Für ein Vorstellungsgespräch stehe ich [Datum / Verfügbarkeit] zur Verfügung. Vielen Dank für die Prüfung meiner Unterlagen.</w:t>
      </w:r>
    </w:p>
    <w:p>
      <w:r>
        <w:rPr>
          <w:b w:val="0"/>
        </w:rPr>
        <w:t>Mit freundlichen Grüßen</w:t>
      </w:r>
    </w:p>
    <w:p>
      <w:r>
        <w:rPr>
          <w:b/>
        </w:rPr>
        <w:t>[Vorname Nachname]</w:t>
      </w:r>
    </w:p>
    <w:sectPr w:rsidR="00FC693F" w:rsidRPr="0006063C" w:rsidSect="00034616">
      <w:pgSz w:w="11909" w:h="16834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200"/>
    </w:pPr>
    <w:rPr>
      <w:rFonts w:ascii="Arial" w:hAnsi="Arial"/>
      <w:color w:val="243B5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56348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Bewerbungsschreiben-Vorlage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</dc:language>
</cp:coreProperties>
</file>