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shd w:fill="006E73"/>
        <w:spacing w:before="160" w:after="240"/>
      </w:pPr>
      <w:r>
        <w:rPr>
          <w:color w:val="FFFFFF"/>
        </w:rPr>
        <w:t>[PRÉNOM NOM]</w:t>
      </w:r>
    </w:p>
    <w:p>
      <w:r>
        <w:rPr>
          <w:b w:val="0"/>
        </w:rPr>
        <w:t>[Adresse] · [Ville, code postal]</w:t>
      </w:r>
    </w:p>
    <w:p>
      <w:pPr>
        <w:spacing w:after="480"/>
      </w:pPr>
      <w:r>
        <w:rPr>
          <w:b w:val="0"/>
        </w:rPr>
        <w:t>[Téléphone] · [Adresse e-mail]</w:t>
      </w:r>
    </w:p>
    <w:p>
      <w:pPr>
        <w:spacing w:after="60"/>
      </w:pPr>
      <w:r>
        <w:rPr>
          <w:b w:val="0"/>
        </w:rPr>
        <w:t>[Nom du destinataire / Service recrutement]</w:t>
      </w:r>
    </w:p>
    <w:p>
      <w:pPr>
        <w:spacing w:after="60"/>
      </w:pPr>
      <w:r>
        <w:rPr>
          <w:b w:val="0"/>
        </w:rPr>
        <w:t>[Entreprise]</w:t>
      </w:r>
    </w:p>
    <w:p>
      <w:pPr>
        <w:spacing w:after="60"/>
      </w:pPr>
      <w:r>
        <w:rPr>
          <w:b w:val="0"/>
        </w:rPr>
        <w:t>[Adresse de l’entreprise]</w:t>
      </w:r>
    </w:p>
    <w:p>
      <w:pPr>
        <w:spacing w:before="240" w:after="440"/>
        <w:jc w:val="right"/>
      </w:pPr>
      <w:r>
        <w:rPr>
          <w:b w:val="0"/>
        </w:rPr>
        <w:t>[Ville], le [date]</w:t>
      </w:r>
    </w:p>
    <w:p>
      <w:r>
        <w:rPr>
          <w:b/>
          <w:color w:val="006E73"/>
        </w:rPr>
        <w:t>Objet : Candidature au poste de [intitulé du poste] – [référence]</w:t>
      </w:r>
    </w:p>
    <w:p>
      <w:r>
        <w:rPr>
          <w:b w:val="0"/>
        </w:rPr>
        <w:t>Madame, Monsieur,</w:t>
      </w:r>
    </w:p>
    <w:p>
      <w:r>
        <w:rPr>
          <w:b w:val="0"/>
        </w:rPr>
        <w:t>Je vous adresse ma candidature au poste de [intitulé] au sein de [entreprise]. Votre [activité, projet ou besoin identifié] retient mon attention car [raison précise liée au poste et à votre parcours].</w:t>
      </w:r>
    </w:p>
    <w:p>
      <w:r>
        <w:rPr>
          <w:b w:val="0"/>
        </w:rPr>
        <w:t>Au cours de mon expérience en [domaine] chez [employeur], j’ai [action et responsabilité]. En mobilisant [compétence ou outil], j’ai obtenu [résultat vérifiable]. Cette réalisation correspond à votre besoin de [attente de l’offre].</w:t>
      </w:r>
    </w:p>
    <w:p>
      <w:r>
        <w:rPr>
          <w:b w:val="0"/>
        </w:rPr>
        <w:t>Je souhaite mettre [compétences pertinentes] au service de [objectif de l’entreprise]. [Ajoutez un exemple concret de contribution possible, adapté à l’offre et à votre expérience réelle.]</w:t>
      </w:r>
    </w:p>
    <w:p>
      <w:r>
        <w:rPr>
          <w:b w:val="0"/>
        </w:rPr>
        <w:t>Je serais heureux(se) d’échanger avec vous sur ma candidature. Je suis disponible [date / modalités] pour un entretien et vous remercie de l’attention portée à ma demande.</w:t>
      </w:r>
    </w:p>
    <w:p>
      <w:r>
        <w:rPr>
          <w:b w:val="0"/>
        </w:rPr>
        <w:t>Je vous prie d’agréer, Madame, Monsieur, l’expression de mes salutations distinguées.</w:t>
      </w:r>
    </w:p>
    <w:p>
      <w:r>
        <w:rPr>
          <w:b/>
        </w:rPr>
        <w:t>[Prénom Nom]</w:t>
      </w:r>
    </w:p>
    <w:sectPr w:rsidR="00FC693F" w:rsidRPr="0006063C" w:rsidSect="00034616">
      <w:pgSz w:w="11909" w:h="16834"/>
      <w:pgMar w:top="1008" w:right="1224" w:bottom="1008" w:left="122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276" w:lineRule="auto" w:after="200"/>
    </w:pPr>
    <w:rPr>
      <w:rFonts w:ascii="Arial" w:hAnsi="Arial"/>
      <w:color w:val="243B53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160" w:line="240" w:lineRule="auto"/>
      <w:contextualSpacing/>
    </w:pPr>
    <w:rPr>
      <w:rFonts w:asciiTheme="majorHAnsi" w:eastAsiaTheme="majorEastAsia" w:hAnsiTheme="majorHAnsi" w:cstheme="majorBidi" w:ascii="Arial" w:hAnsi="Arial"/>
      <w:b/>
      <w:color w:val="006E73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Lettre de motivation modern</dc:title>
  <dc:subject/>
  <dc:creator>Toolnoza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