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rPr>
          <w:b w:val="0"/>
        </w:rPr>
        <w:t>[Adresse] · [Ville, code postal]</w:t>
      </w:r>
    </w:p>
    <w:p>
      <w:pPr>
        <w:spacing w:after="480"/>
      </w:pPr>
      <w:r>
        <w:rPr>
          <w:b w:val="0"/>
        </w:rPr>
        <w:t>[Téléphone] · [Adresse e-mail]</w:t>
      </w:r>
    </w:p>
    <w:p>
      <w:pPr>
        <w:spacing w:after="60"/>
        <w:jc w:val="right"/>
      </w:pPr>
      <w:r>
        <w:rPr>
          <w:b w:val="0"/>
        </w:rPr>
        <w:t>[Nom du destinataire / Service recrutement]</w:t>
      </w:r>
    </w:p>
    <w:p>
      <w:pPr>
        <w:spacing w:after="60"/>
        <w:jc w:val="right"/>
      </w:pPr>
      <w:r>
        <w:rPr>
          <w:b w:val="0"/>
        </w:rPr>
        <w:t>[Entreprise]</w:t>
      </w:r>
    </w:p>
    <w:p>
      <w:pPr>
        <w:spacing w:after="60"/>
        <w:jc w:val="right"/>
      </w:pPr>
      <w:r>
        <w:rPr>
          <w:b w:val="0"/>
        </w:rPr>
        <w:t>[Adresse de l’entreprise]</w:t>
      </w:r>
    </w:p>
    <w:p>
      <w:pPr>
        <w:spacing w:before="240" w:after="440"/>
        <w:jc w:val="right"/>
      </w:pPr>
      <w:r>
        <w:rPr>
          <w:b w:val="0"/>
        </w:rPr>
        <w:t>[Ville], le [date]</w:t>
      </w:r>
    </w:p>
    <w:p>
      <w:r>
        <w:rPr>
          <w:b/>
          <w:color w:val="8B651E"/>
        </w:rPr>
        <w:t>Objet : Candidature au poste de [intitulé du poste] – [référence]</w:t>
      </w:r>
    </w:p>
    <w:p>
      <w:r>
        <w:rPr>
          <w:b w:val="0"/>
        </w:rPr>
        <w:t>Madame, Monsieur,</w:t>
      </w:r>
    </w:p>
    <w:p>
      <w:r>
        <w:rPr>
          <w:b w:val="0"/>
        </w:rPr>
        <w:t>Fort(e) de [nombre] années d’expérience en [domaine], je vous propose ma candidature au poste de [intitulé]. Le projet de [entreprise] en matière de [enjeu concret] rejoint mon expérience de [périmètre de responsabilité].</w:t>
      </w:r>
    </w:p>
    <w:p>
      <w:r>
        <w:rPr>
          <w:b w:val="0"/>
        </w:rPr>
        <w:t>Chez [employeur], j’ai piloté [équipe, activité ou projet] et mis en place [action]. Cette démarche a abouti à [résultat vérifiable], dans un contexte de [contrainte]. Elle illustre ma capacité à [compétence attendue].</w:t>
      </w:r>
    </w:p>
    <w:p>
      <w:r>
        <w:rPr>
          <w:b w:val="0"/>
        </w:rPr>
        <w:t>Je souhaite mettre [compétences pertinentes] au service de [objectif de l’entreprise]. [Ajoutez un exemple concret de contribution possible, adapté à l’offre et à votre expérience réelle.]</w:t>
      </w:r>
    </w:p>
    <w:p>
      <w:r>
        <w:rPr>
          <w:b w:val="0"/>
        </w:rPr>
        <w:t>Je serais heureux(se) d’échanger avec vous sur ma candidature. Je suis disponible [date / modalités] pour un entretien et vous remercie de l’attention portée à ma demande.</w:t>
      </w:r>
    </w:p>
    <w:p>
      <w:r>
        <w:rPr>
          <w:b w:val="0"/>
        </w:rPr>
        <w:t>Je vous prie d’agréer, Madame, Monsieur, l’expression de mes salutations distinguées.</w:t>
      </w:r>
    </w:p>
    <w:p>
      <w:r>
        <w:rPr>
          <w:b/>
        </w:rPr>
        <w:t>[Prénom Nom]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8B651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executive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