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APELLIDOS]</w:t>
      </w:r>
    </w:p>
    <w:p>
      <w:r>
        <w:rPr>
          <w:b w:val="0"/>
        </w:rPr>
        <w:t>[Dirección] · [Ciudad, código postal]</w:t>
      </w:r>
    </w:p>
    <w:p>
      <w:pPr>
        <w:spacing w:after="480"/>
      </w:pPr>
      <w:r>
        <w:rPr>
          <w:b w:val="0"/>
        </w:rPr>
        <w:t>[Teléfono] · [Correo electrónico]</w:t>
      </w:r>
    </w:p>
    <w:p>
      <w:pPr>
        <w:spacing w:after="60"/>
        <w:jc w:val="right"/>
      </w:pPr>
      <w:r>
        <w:rPr>
          <w:b w:val="0"/>
        </w:rPr>
        <w:t>[Nombre del destinatario / Equipo de selección]</w:t>
      </w:r>
    </w:p>
    <w:p>
      <w:pPr>
        <w:spacing w:after="60"/>
        <w:jc w:val="right"/>
      </w:pPr>
      <w:r>
        <w:rPr>
          <w:b w:val="0"/>
        </w:rPr>
        <w:t>[Empresa]</w:t>
      </w:r>
    </w:p>
    <w:p>
      <w:pPr>
        <w:spacing w:after="60"/>
        <w:jc w:val="right"/>
      </w:pPr>
      <w:r>
        <w:rPr>
          <w:b w:val="0"/>
        </w:rPr>
        <w:t>[Dirección de la empresa]</w:t>
      </w:r>
    </w:p>
    <w:p>
      <w:pPr>
        <w:spacing w:before="240" w:after="440"/>
        <w:jc w:val="right"/>
      </w:pPr>
      <w:r>
        <w:rPr>
          <w:b w:val="0"/>
        </w:rPr>
        <w:t>[Ciudad], [fecha]</w:t>
      </w:r>
    </w:p>
    <w:p>
      <w:r>
        <w:rPr>
          <w:b/>
          <w:color w:val="8B651E"/>
        </w:rPr>
        <w:t>Asunto: Candidatura al puesto de [puesto] – [referencia]</w:t>
      </w:r>
    </w:p>
    <w:p>
      <w:r>
        <w:rPr>
          <w:b w:val="0"/>
        </w:rPr>
        <w:t>Estimado/a [nombre del destinatario / responsable de selección]:</w:t>
      </w:r>
    </w:p>
    <w:p>
      <w:r>
        <w:rPr>
          <w:b w:val="0"/>
        </w:rPr>
        <w:t>Con [número] años de experiencia en [ámbito], presento mi candidatura al puesto de [puesto]. El enfoque de su empresa en [reto concreto] se relaciona con mi experiencia dirigiendo [ámbito de responsabilidad].</w:t>
      </w:r>
    </w:p>
    <w:p>
      <w:r>
        <w:rPr>
          <w:b w:val="0"/>
        </w:rPr>
        <w:t>En [empresa], dirigí [equipo, actividad o proyecto] e implementé [acción]. Esto permitió obtener [resultado verificable], afrontando [restricción], y demuestra mi capacidad para [competencia requerida].</w:t>
      </w:r>
    </w:p>
    <w:p>
      <w:r>
        <w:rPr>
          <w:b w:val="0"/>
        </w:rPr>
        <w:t>Deseo aportar mis [competencias pertinentes] a [objetivo de la empresa]. [Añada un ejemplo concreto de su posible contribución, adaptado al puesto y a su experiencia real.]</w:t>
      </w:r>
    </w:p>
    <w:p>
      <w:r>
        <w:rPr>
          <w:b w:val="0"/>
        </w:rPr>
        <w:t>Me gustaría conversar con ustedes sobre mi candidatura. Estoy disponible [fecha / condiciones] para una entrevista. Les agradezco su tiempo y consideración.</w:t>
      </w:r>
    </w:p>
    <w:p>
      <w:r>
        <w:rPr>
          <w:b w:val="0"/>
        </w:rPr>
        <w:t>Atentamente,</w:t>
      </w:r>
    </w:p>
    <w:p>
      <w:r>
        <w:rPr>
          <w:b/>
        </w:rPr>
        <w:t>[Nombre Apellidos]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8B651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carta de presentación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