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[FIRST NAME LAST NAME]</w:t>
      </w:r>
    </w:p>
    <w:p>
      <w:r>
        <w:rPr>
          <w:b w:val="0"/>
        </w:rPr>
        <w:t>[Address] · [City, postal code]</w:t>
      </w:r>
    </w:p>
    <w:p>
      <w:pPr>
        <w:spacing w:after="480"/>
      </w:pPr>
      <w:r>
        <w:rPr>
          <w:b w:val="0"/>
        </w:rPr>
        <w:t>[Phone] · [Email]</w:t>
      </w:r>
    </w:p>
    <w:p>
      <w:pPr>
        <w:spacing w:after="60"/>
        <w:jc w:val="right"/>
      </w:pPr>
      <w:r>
        <w:rPr>
          <w:b w:val="0"/>
        </w:rPr>
        <w:t>[Recipient name / Recruitment team]</w:t>
      </w:r>
    </w:p>
    <w:p>
      <w:pPr>
        <w:spacing w:after="60"/>
        <w:jc w:val="right"/>
      </w:pPr>
      <w:r>
        <w:rPr>
          <w:b w:val="0"/>
        </w:rPr>
        <w:t>[Company]</w:t>
      </w:r>
    </w:p>
    <w:p>
      <w:pPr>
        <w:spacing w:after="60"/>
        <w:jc w:val="right"/>
      </w:pPr>
      <w:r>
        <w:rPr>
          <w:b w:val="0"/>
        </w:rPr>
        <w:t>[Company address]</w:t>
      </w:r>
    </w:p>
    <w:p>
      <w:pPr>
        <w:spacing w:before="240" w:after="440"/>
        <w:jc w:val="right"/>
      </w:pPr>
      <w:r>
        <w:rPr>
          <w:b w:val="0"/>
        </w:rPr>
        <w:t>[City], [date]</w:t>
      </w:r>
    </w:p>
    <w:p>
      <w:r>
        <w:rPr>
          <w:b/>
          <w:color w:val="8B651E"/>
        </w:rPr>
        <w:t>Re: Application for [job title] – [reference]</w:t>
      </w:r>
    </w:p>
    <w:p>
      <w:r>
        <w:rPr>
          <w:b w:val="0"/>
        </w:rPr>
        <w:t>Dear [recipient name / hiring manager],</w:t>
      </w:r>
    </w:p>
    <w:p>
      <w:r>
        <w:rPr>
          <w:b w:val="0"/>
        </w:rPr>
        <w:t>With [number] years of experience in [field], I am applying for [job title]. Your company’s focus on [specific challenge] connects with my experience leading [scope of responsibility].</w:t>
      </w:r>
    </w:p>
    <w:p>
      <w:r>
        <w:rPr>
          <w:b w:val="0"/>
        </w:rPr>
        <w:t>At [employer], I led [team, operation or project] and implemented [action]. This delivered [verifiable result] while addressing [constraint], demonstrating my ability to [required capability].</w:t>
      </w:r>
    </w:p>
    <w:p>
      <w:r>
        <w:rPr>
          <w:b w:val="0"/>
        </w:rPr>
        <w:t>I would like to contribute my [relevant skills] to [company objective]. [Add a concrete example of how you could contribute, based on the role and your actual experience.]</w:t>
      </w:r>
    </w:p>
    <w:p>
      <w:r>
        <w:rPr>
          <w:b w:val="0"/>
        </w:rPr>
        <w:t>I would welcome the opportunity to discuss my application. I am available [date / arrangements] for an interview. Thank you for considering my application.</w:t>
      </w:r>
    </w:p>
    <w:p>
      <w:r>
        <w:rPr>
          <w:b w:val="0"/>
        </w:rPr>
        <w:t>Yours sincerely,</w:t>
      </w:r>
    </w:p>
    <w:p>
      <w:r>
        <w:rPr>
          <w:b/>
        </w:rPr>
        <w:t>[First name Last name]</w:t>
      </w:r>
    </w:p>
    <w:sectPr w:rsidR="00FC693F" w:rsidRPr="0006063C" w:rsidSect="00034616">
      <w:pgSz w:w="11909" w:h="16834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200"/>
    </w:pPr>
    <w:rPr>
      <w:rFonts w:ascii="Arial" w:hAnsi="Arial"/>
      <w:color w:val="243B5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8B651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executive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