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[VORNAME NACHNAME]</w:t>
      </w:r>
    </w:p>
    <w:p>
      <w:r>
        <w:rPr>
          <w:b w:val="0"/>
        </w:rPr>
        <w:t>[Adresse] · [Ort, Postleitzahl]</w:t>
      </w:r>
    </w:p>
    <w:p>
      <w:pPr>
        <w:spacing w:after="480"/>
      </w:pPr>
      <w:r>
        <w:rPr>
          <w:b w:val="0"/>
        </w:rPr>
        <w:t>[Telefon] · [E-Mail-Adresse]</w:t>
      </w:r>
    </w:p>
    <w:p>
      <w:pPr>
        <w:spacing w:after="60"/>
        <w:jc w:val="right"/>
      </w:pPr>
      <w:r>
        <w:rPr>
          <w:b w:val="0"/>
        </w:rPr>
        <w:t>[Name der Kontaktperson / Personalabteilung]</w:t>
      </w:r>
    </w:p>
    <w:p>
      <w:pPr>
        <w:spacing w:after="60"/>
        <w:jc w:val="right"/>
      </w:pPr>
      <w:r>
        <w:rPr>
          <w:b w:val="0"/>
        </w:rPr>
        <w:t>[Unternehmen]</w:t>
      </w:r>
    </w:p>
    <w:p>
      <w:pPr>
        <w:spacing w:after="60"/>
        <w:jc w:val="right"/>
      </w:pPr>
      <w:r>
        <w:rPr>
          <w:b w:val="0"/>
        </w:rPr>
        <w:t>[Firmenadresse]</w:t>
      </w:r>
    </w:p>
    <w:p>
      <w:pPr>
        <w:spacing w:before="240" w:after="440"/>
        <w:jc w:val="right"/>
      </w:pPr>
      <w:r>
        <w:rPr>
          <w:b w:val="0"/>
        </w:rPr>
        <w:t>[Ort], [Datum]</w:t>
      </w:r>
    </w:p>
    <w:p>
      <w:r>
        <w:rPr>
          <w:b/>
          <w:color w:val="8B651E"/>
        </w:rPr>
        <w:t>Bewerbung als [Position] – [Referenz]</w:t>
      </w:r>
    </w:p>
    <w:p>
      <w:r>
        <w:rPr>
          <w:b w:val="0"/>
        </w:rPr>
        <w:t>Sehr geehrte/r [Name der Kontaktperson],</w:t>
      </w:r>
    </w:p>
    <w:p>
      <w:r>
        <w:rPr>
          <w:b w:val="0"/>
        </w:rPr>
        <w:t>Mit [Anzahl] Jahren Erfahrung im Bereich [Fachgebiet] bewerbe ich mich als [Position]. Ihr Schwerpunkt auf [konkrete Herausforderung] passt zu meiner Führungserfahrung in [Verantwortungsbereich].</w:t>
      </w:r>
    </w:p>
    <w:p>
      <w:r>
        <w:rPr>
          <w:b w:val="0"/>
        </w:rPr>
        <w:t>Bei [Arbeitgeber] leitete ich [Team, Bereich oder Projekt] und setzte [Maßnahme] um. Unter Berücksichtigung von [Rahmenbedingung] erreichte ich [nachprüfbares Ergebnis]. Dies zeigt meine Fähigkeit, [geforderte Kompetenz] einzusetzen.</w:t>
      </w:r>
    </w:p>
    <w:p>
      <w:r>
        <w:rPr>
          <w:b w:val="0"/>
        </w:rPr>
        <w:t>Meine [relevanten Kompetenzen] möchte ich für [Unternehmensziel] einsetzen. [Ergänzen Sie ein konkretes Beispiel für Ihren möglichen Beitrag, passend zur Stelle und Ihrer tatsächlichen Erfahrung.]</w:t>
      </w:r>
    </w:p>
    <w:p>
      <w:r>
        <w:rPr>
          <w:b w:val="0"/>
        </w:rPr>
        <w:t>Gerne erläutere ich Ihnen meine Bewerbung in einem persönlichen Gespräch. Für ein Vorstellungsgespräch stehe ich [Datum / Verfügbarkeit] zur Verfügung. Vielen Dank für die Prüfung meiner Unterlagen.</w:t>
      </w:r>
    </w:p>
    <w:p>
      <w:r>
        <w:rPr>
          <w:b w:val="0"/>
        </w:rPr>
        <w:t>Mit freundlichen Grüßen</w:t>
      </w:r>
    </w:p>
    <w:p>
      <w:r>
        <w:rPr>
          <w:b/>
        </w:rPr>
        <w:t>[Vorname Nachname]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8B651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Bewerbungsschreiben-Vorlage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