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[NOMBRE APELLIDOS]</w:t>
      </w:r>
    </w:p>
    <w:p>
      <w:r>
        <w:rPr>
          <w:b w:val="0"/>
        </w:rPr>
        <w:t>[Dirección] · [Ciudad, código postal]</w:t>
      </w:r>
    </w:p>
    <w:p>
      <w:pPr>
        <w:spacing w:after="480"/>
      </w:pPr>
      <w:r>
        <w:rPr>
          <w:b w:val="0"/>
        </w:rPr>
        <w:t>[Teléfono] · [Correo electrónico]</w:t>
      </w:r>
    </w:p>
    <w:p>
      <w:pPr>
        <w:spacing w:after="60"/>
        <w:jc w:val="right"/>
      </w:pPr>
      <w:r>
        <w:rPr>
          <w:b w:val="0"/>
        </w:rPr>
        <w:t>[Nombre del destinatario / Equipo de selección]</w:t>
      </w:r>
    </w:p>
    <w:p>
      <w:pPr>
        <w:spacing w:after="60"/>
        <w:jc w:val="right"/>
      </w:pPr>
      <w:r>
        <w:rPr>
          <w:b w:val="0"/>
        </w:rPr>
        <w:t>[Empresa]</w:t>
      </w:r>
    </w:p>
    <w:p>
      <w:pPr>
        <w:spacing w:after="60"/>
        <w:jc w:val="right"/>
      </w:pPr>
      <w:r>
        <w:rPr>
          <w:b w:val="0"/>
        </w:rPr>
        <w:t>[Dirección de la empresa]</w:t>
      </w:r>
    </w:p>
    <w:p>
      <w:pPr>
        <w:spacing w:before="240" w:after="440"/>
        <w:jc w:val="right"/>
      </w:pPr>
      <w:r>
        <w:rPr>
          <w:b w:val="0"/>
        </w:rPr>
        <w:t>[Ciudad], [fecha]</w:t>
      </w:r>
    </w:p>
    <w:p>
      <w:r>
        <w:rPr>
          <w:b/>
          <w:color w:val="243B53"/>
        </w:rPr>
        <w:t>Asunto: Candidatura al puesto de [puesto] – [referencia]</w:t>
      </w:r>
    </w:p>
    <w:p>
      <w:r>
        <w:rPr>
          <w:b w:val="0"/>
        </w:rPr>
        <w:t>Estimado/a [nombre del destinatario / responsable de selección]:</w:t>
      </w:r>
    </w:p>
    <w:p>
      <w:r>
        <w:rPr>
          <w:b w:val="0"/>
        </w:rPr>
        <w:t>Me presento como candidato/a al puesto de [puesto] en [empresa]. Su [actividad, proyecto o necesidad identificada] me interesa porque [razón concreta que relaciona el puesto con su trayectoria].</w:t>
      </w:r>
    </w:p>
    <w:p>
      <w:r>
        <w:rPr>
          <w:b w:val="0"/>
        </w:rPr>
        <w:t>En mi experiencia en [ámbito] en [empresa], desempeñé [acción y responsabilidad]. Mediante [competencia o herramienta], conseguí [resultado verificable]. Esta experiencia responde a su necesidad de [requisito de la oferta].</w:t>
      </w:r>
    </w:p>
    <w:p>
      <w:r>
        <w:rPr>
          <w:b w:val="0"/>
        </w:rPr>
        <w:t>Deseo aportar mis [competencias pertinentes] a [objetivo de la empresa]. [Añada un ejemplo concreto de su posible contribución, adaptado al puesto y a su experiencia real.]</w:t>
      </w:r>
    </w:p>
    <w:p>
      <w:r>
        <w:rPr>
          <w:b w:val="0"/>
        </w:rPr>
        <w:t>Me gustaría conversar con ustedes sobre mi candidatura. Estoy disponible [fecha / condiciones] para una entrevista. Les agradezco su tiempo y consideración.</w:t>
      </w:r>
    </w:p>
    <w:p>
      <w:r>
        <w:rPr>
          <w:b w:val="0"/>
        </w:rPr>
        <w:t>Atentamente,</w:t>
      </w:r>
    </w:p>
    <w:p>
      <w:r>
        <w:rPr>
          <w:b/>
        </w:rPr>
        <w:t>[Nombre Apellidos]</w:t>
      </w:r>
    </w:p>
    <w:sectPr w:rsidR="00FC693F" w:rsidRPr="0006063C" w:rsidSect="00034616">
      <w:pgSz w:w="11909" w:h="16834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200"/>
    </w:pPr>
    <w:rPr>
      <w:rFonts w:ascii="Arial" w:hAnsi="Arial"/>
      <w:color w:val="243B5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3B53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carta de presentación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