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 w:val="0"/>
        </w:rPr>
        <w:t>[Address] · [City, postal code]</w:t>
      </w:r>
    </w:p>
    <w:p>
      <w:pPr>
        <w:spacing w:after="480"/>
      </w:pPr>
      <w:r>
        <w:rPr>
          <w:b w:val="0"/>
        </w:rPr>
        <w:t>[Phone] · [Email]</w:t>
      </w:r>
    </w:p>
    <w:p>
      <w:pPr>
        <w:spacing w:after="60"/>
        <w:jc w:val="right"/>
      </w:pPr>
      <w:r>
        <w:rPr>
          <w:b w:val="0"/>
        </w:rPr>
        <w:t>[Recipient name / Recruitment team]</w:t>
      </w:r>
    </w:p>
    <w:p>
      <w:pPr>
        <w:spacing w:after="60"/>
        <w:jc w:val="right"/>
      </w:pPr>
      <w:r>
        <w:rPr>
          <w:b w:val="0"/>
        </w:rPr>
        <w:t>[Company]</w:t>
      </w:r>
    </w:p>
    <w:p>
      <w:pPr>
        <w:spacing w:after="60"/>
        <w:jc w:val="right"/>
      </w:pPr>
      <w:r>
        <w:rPr>
          <w:b w:val="0"/>
        </w:rPr>
        <w:t>[Company address]</w:t>
      </w:r>
    </w:p>
    <w:p>
      <w:pPr>
        <w:spacing w:before="240" w:after="440"/>
        <w:jc w:val="right"/>
      </w:pPr>
      <w:r>
        <w:rPr>
          <w:b w:val="0"/>
        </w:rPr>
        <w:t>[City], [date]</w:t>
      </w:r>
    </w:p>
    <w:p>
      <w:r>
        <w:rPr>
          <w:b/>
          <w:color w:val="243B53"/>
        </w:rPr>
        <w:t>Re: Application for [job title] – [reference]</w:t>
      </w:r>
    </w:p>
    <w:p>
      <w:r>
        <w:rPr>
          <w:b w:val="0"/>
        </w:rPr>
        <w:t>Dear [recipient name / hiring manager],</w:t>
      </w:r>
    </w:p>
    <w:p>
      <w:r>
        <w:rPr>
          <w:b w:val="0"/>
        </w:rPr>
        <w:t>I am applying for the [job title] position at [company]. Your [activity, project or identified need] interests me because [specific reason connecting the role with your background].</w:t>
      </w:r>
    </w:p>
    <w:p>
      <w:r>
        <w:rPr>
          <w:b w:val="0"/>
        </w:rPr>
        <w:t>In my work in [field] at [employer], I [action and responsibility]. Using [skill or tool], I achieved [verifiable outcome]. This experience relates directly to your need for [requirement in the job posting].</w:t>
      </w:r>
    </w:p>
    <w:p>
      <w:r>
        <w:rPr>
          <w:b w:val="0"/>
        </w:rPr>
        <w:t>I would like to contribute my [relevant skills] to [company objective]. [Add a concrete example of how you could contribute, based on the role and your actual experience.]</w:t>
      </w:r>
    </w:p>
    <w:p>
      <w:r>
        <w:rPr>
          <w:b w:val="0"/>
        </w:rPr>
        <w:t>I would welcome the opportunity to discuss my application. I am available [date / arrangements] for an interview. Thank you for considering my application.</w:t>
      </w:r>
    </w:p>
    <w:p>
      <w:r>
        <w:rPr>
          <w:b w:val="0"/>
        </w:rPr>
        <w:t>Yours sincerely,</w:t>
      </w:r>
    </w:p>
    <w:p>
      <w:r>
        <w:rPr>
          <w:b/>
        </w:rPr>
        <w:t>[First name Last 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3B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classic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