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 w:val="0"/>
        </w:rPr>
        <w:t>[Adresse] · [Ort, Postleitzahl]</w:t>
      </w:r>
    </w:p>
    <w:p>
      <w:pPr>
        <w:spacing w:after="480"/>
      </w:pPr>
      <w:r>
        <w:rPr>
          <w:b w:val="0"/>
        </w:rPr>
        <w:t>[Telefon] · [E-Mail-Adresse]</w:t>
      </w:r>
    </w:p>
    <w:p>
      <w:pPr>
        <w:spacing w:after="60"/>
        <w:jc w:val="right"/>
      </w:pPr>
      <w:r>
        <w:rPr>
          <w:b w:val="0"/>
        </w:rPr>
        <w:t>[Name der Kontaktperson / Personalabteilung]</w:t>
      </w:r>
    </w:p>
    <w:p>
      <w:pPr>
        <w:spacing w:after="60"/>
        <w:jc w:val="right"/>
      </w:pPr>
      <w:r>
        <w:rPr>
          <w:b w:val="0"/>
        </w:rPr>
        <w:t>[Unternehmen]</w:t>
      </w:r>
    </w:p>
    <w:p>
      <w:pPr>
        <w:spacing w:after="60"/>
        <w:jc w:val="right"/>
      </w:pPr>
      <w:r>
        <w:rPr>
          <w:b w:val="0"/>
        </w:rPr>
        <w:t>[Firmenadresse]</w:t>
      </w:r>
    </w:p>
    <w:p>
      <w:pPr>
        <w:spacing w:before="240" w:after="440"/>
        <w:jc w:val="right"/>
      </w:pPr>
      <w:r>
        <w:rPr>
          <w:b w:val="0"/>
        </w:rPr>
        <w:t>[Ort], [Datum]</w:t>
      </w:r>
    </w:p>
    <w:p>
      <w:r>
        <w:rPr>
          <w:b/>
          <w:color w:val="243B53"/>
        </w:rPr>
        <w:t>Bewerbung als [Position] – [Referenz]</w:t>
      </w:r>
    </w:p>
    <w:p>
      <w:r>
        <w:rPr>
          <w:b w:val="0"/>
        </w:rPr>
        <w:t>Sehr geehrte/r [Name der Kontaktperson],</w:t>
      </w:r>
    </w:p>
    <w:p>
      <w:r>
        <w:rPr>
          <w:b w:val="0"/>
        </w:rPr>
        <w:t>Hiermit bewerbe ich mich als [Position] bei [Unternehmen]. Ihr [Tätigkeitsbereich, Projekt oder konkreter Bedarf] interessiert mich besonders, weil [konkreter Bezug zwischen der Stelle und Ihrem Werdegang].</w:t>
      </w:r>
    </w:p>
    <w:p>
      <w:r>
        <w:rPr>
          <w:b w:val="0"/>
        </w:rPr>
        <w:t>Während meiner Tätigkeit im Bereich [Fachgebiet] bei [Arbeitgeber] übernahm ich [Aufgabe und Verantwortung]. Mit [Kompetenz oder Tool] erzielte ich [nachprüfbares Ergebnis]. Diese Erfahrung passt zu Ihrer Anforderung [Anforderung aus der Ausschreibung].</w:t>
      </w:r>
    </w:p>
    <w:p>
      <w:r>
        <w:rPr>
          <w:b w:val="0"/>
        </w:rPr>
        <w:t>Meine [relevanten Kompetenzen] möchte ich für [Unternehmensziel] einsetzen. [Ergänzen Sie ein konkretes Beispiel für Ihren möglichen Beitrag, passend zur Stelle und Ihrer tatsächlichen Erfahrung.]</w:t>
      </w:r>
    </w:p>
    <w:p>
      <w:r>
        <w:rPr>
          <w:b w:val="0"/>
        </w:rPr>
        <w:t>Gerne erläutere ich Ihnen meine Bewerbung in einem persönlichen Gespräch. Für ein Vorstellungsgespräch stehe ich [Datum / Verfügbarkeit] zur Verfügung. Vielen Dank für die Prüfung meiner Unterlagen.</w:t>
      </w:r>
    </w:p>
    <w:p>
      <w:r>
        <w:rPr>
          <w:b w:val="0"/>
        </w:rPr>
        <w:t>Mit freundlichen Grüßen</w:t>
      </w:r>
    </w:p>
    <w:p>
      <w:r>
        <w:rPr>
          <w:b/>
        </w:rPr>
        <w:t>[Vorname Nachname]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3B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Bewerbungsschreiben-Vorlage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